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2S/249/2019 z 25. 5. 2021</w:t>
      </w:r>
    </w:p>
    <w:p>
      <w:r>
        <w:t>Uznesenie Krajského súdu Bratislava z 25. mája 2021, sp. zn. 2S/249/2019, ECLI:SK:KSBA:2021:1019201728.3</w:t>
      </w:r>
    </w:p>
    <w:p>
      <w:r>
        <w:t>Súd: Krajský súd Bratislava</w:t>
      </w:r>
    </w:p>
    <w:p>
      <w:r>
        <w:t>Spisová značka: 2S/249/2019</w:t>
      </w:r>
    </w:p>
    <w:p>
      <w:r>
        <w:t>ECLI: ECLI:SK:KSBA:2021:1019201728.3</w:t>
      </w:r>
    </w:p>
    <w:p>
      <w:r>
        <w:t>Dátum vydania: 25. 5. 2021</w:t>
      </w:r>
    </w:p>
    <w:p>
      <w:r>
        <w:t>Forma: Uznesenie</w:t>
      </w:r>
    </w:p>
    <w:p>
      <w:pPr>
        <w:pStyle w:val="Heading2"/>
      </w:pPr>
      <w:r>
        <w:t>Text rozhodnutia</w:t>
      </w:r>
    </w:p>
    <w:p>
      <w:r>
        <w:t>Súd: Krajský súd Bratislava Spisová značka: 2S/249/2019 Identifikačné číslo súdneho spisu: 1019201728 Dátum vydania rozhodnutia: 26. 05. 2021 Meno a priezvisko sudcu, VSÚ: JUDr. Petra Šuttová ECLI: ECLI:SK:KSBA:2021:1019201728.3 Uznesenie Krajský súd v Bratislave v právnej veci žalobcu: Pomoc Motoristom, s.r.o., IČO: 50 247 026, so sídlom Juraja Závodského 457/57, 010 04 Žilina, zastúpený advokátskym spoločenstvom: ADVOKÁTI Müller § Dikoš, s.r.o., IČO: 36 864 455, so sídlom Závodská cesta 3911/24, 010 01 Žilina, za ktoré koná advokát JUDr. Igor Müller, proti žalovanému: Úrad pre dohľad nad zdravotnou starostlivosťou, so sídlom Žellova 2, 829 24 Bratislava, v konaní o preskúmanie zákonnosti rozhodnutia žalovaného číslo: 90806/2019 zo dňa 28.10.2019, o zastavení konania pre nezaplatenie súdneho poplatku, takto r o z h o d o l : I. Krajský súd v Bratislave konanie z a s t a v u j e . II. Žiaden z účastníkov konania n e m á p r á v o na náhradu trov konania. o d ô v o d n e n i e : 1. Žalobou zo dňa 19.12.2019 , doručenou Krajskému súdu v Bratislave (ďalej aj ako „správny súd“ alebo „tunajší súd“) dňa 19.12.2019, sa žalobca domáhal preskúmania zákonnosti rozhodnutia žalovaného číslo: 90806/2019 zo dňa 28.10.2019, jeho zrušenia (vrátane rozhodnutia orgánu verejnej správy prvého stupňa, ktoré mu predchádzalo), vrátenia veci žalovanému na ďalšie konanie a priznania nároku na náhradu trov konania voči žalovanému. 2. Nakoľko si žalobca nesplnil poplatkovú povinnosť, ktorá mu vznikla podaním žaloby, a teda nezaplatil súdny poplatok za správnu žalobu spolu s jej podaním, správny súd ho pod následkom zastavenia konania, výzvou č. k. 2S/249/2019-38 zo dňa 13.05.2020, vyzval, aby v lehote 10 dní od doručenia predmetnej výzvy zaplatil súdny poplatok za správnu žalobu vo výške XX,- €. Súdny poplatok bol žalobcovi vyrubený podľa Položky číslo 10 písm. a) Sadzobníka súdnych poplatkov tvoriaceho prílohu zákona č. 71/1992 Zb. o súdnych poplatkoch a poplatku za výpis z registra trestov v platnom znení (ďalej len „zákon č. 71/1992 Zb.“). Výzva na zaplatenie súdneho poplatku bola splnomocnenému právnemu zástupcovi žalobcu doručená dňa 18.05.2020, skutočnosť ktorá vyplýva z potvrdenia o prevzatí písomnosti (tzv. doručenke na rube č.l. 38 spisu). Posledným dňom lehoty na zaplatenie súdneho poplatku bol deň 28.05.2020 (štvrtok). Žalobca v uvedenej lehote na výzvu tunajšieho súdu zo dňa 13.05.2020 nereagoval a súdny poplatok nezaplatil, hoci bol poučený o následku nesplnenia poplatkovej povinnosti. V tejto súvislosti správny súd pre úplnosť dodáva, že zákon č. 71/1992 Zb. pri márnom uplynutí lehoty na zaplatenie súdneho poplatku určenej vo výzve podľa § 10 ods. 1 neumožňuje opakované (ďalšie) poskytnutie lehoty na zaplatenie súdneho poplatku, ale s touto skutočnosťou spája zastavenie konania. 3. Podľa § 31 ods. 1 zákona č. 162/2015 Z. z. Správny súdny poriadok (ďalej len ako „SSP“), konanie sa začína doručením návrhu súdu. 4. Podľa § 55 ods. 2 SSP, podanie vo veci samej je najmä žaloba, zmena žaloby, späťvzatie žaloby, sťažnosť, kasačná sťažnosť, a ak to z povahy veci vyplýva, aj návrh na priznanie odkladného účinku. 5. Podľa § 1 ods. 1 zákona č. 71/1992 Zb.,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6. Podľa § 2 ods. l písm. a) zákona č. 71/1992 Zb., poplatníkom je navrhovateľ poplatkového úkonu, ak je podľa sadzobníka ustanovený poplatok z návrhu. 7. Podľa § 5 ods. l písm. a) zákona č. 71/1992 Zb.,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8. Podľa § 8 ods. 1 zákona č. 71/1992 Zb., poplatok za podanie návrhu alebo žiadosti, poplatok za uplatnenie námietky zaujatosti v konkurznom konaní alebo reštrukturalizačnom konaní podľa osobitného predpisu a poplatok za konanie o dedičstve je splatný vznikom poplatkovej povinnosti. 9. Správny súd v súvislosti so vznikom poplatkovej povinnosti poukazuje aj na stabilizovanú judikatúru Európskeho súdu pre ľudské práva, ktorý nikdy nevylučoval možnosť, že záujmy riadneho výkonu justície môžu odôvodňovať zavedenie finančného obmedzenia na prístup jednotlivca k súdu spočívajúceho v súdnom poplatku. Požiadavku zaplatiť súdne poplatky v súdnom konaní nemožno považovať za obmedzenie práva na prístup k súdu, ktoré je nezlučiteľné per se s článkom 6 ods. 1 Dohovoru o ochrane ľudských práv a základných slobôd (napríklad rozsudok vo veci F. v. Poľsko zo dňa 19.6.2011, č. sťažnosti 28249/95, § 54, 60; L. D. de la V. v. Španielsko zo dňa 19.12.1997, K. of E. and G. 1997-VIII, str. XXXX, § 33; rozsudok vo veci V. - H. v. Spojené kráľovstvo zo dňa 13.7.1995, Séria A, č. 316-B, str. 80-81, §§ 61 a nasl.). 10. Podľa § 9 ods. 7 veta prvá zákona č. 71/1992 Zb., v konaní pred správnym súdom sa poplatok platí správnemu súdu, ktorý vo veci koná. 11. Podľa § 10 ods. 1 zákona č. 71/1992 Zb., ak nebol zaplatený poplatok splatný podaním žaloby, návrhu na začatie konania, dovolania alebo kasačnej sťažnosti, súd podľa § 9 &lt;https://www.slov-lex.sk/ pravne-predpisy/SK/ZZ/1992/71/20160701&gt; vyzve poplatníka, aby poplatok zaplatil v lehote, ktorú určí, spravidla v lehote desiatich dní od doručenia výzvy; ak aj napriek výzve poplatok nebol zaplatený v lehote, súd konanie zastaví. O následkoch nezaplatenia poplatku musí byť poplatník vo výzve poučený. 12. Podľa § 10 ods. 3 zákona č. 71/1992 Zb., prvoinštančný súd zruší uznesenie o zastavení konania pre nezaplatenie súdneho poplatku, ak bol súdny poplatok zaplatený v lehote určenej súdom podľa odseku 1 alebo ak sú na to dôvody podľa odseku 2. Prvoinštančný súd zruší uznesenie o zastavení konania pre nezaplatenie súdneho poplatku aj vtedy, ak bolo konanie prerušené podľa osobitného predpisu a správca v ňom pokračuje namiesto poplatníka. 13. Podľa § 14 ods. 3 zákona č. 71/1992 Zb., v sťažnosti proti rozhodnutiu o zastavení súdneho konania pre nezaplatenie súdneho poplatku nemožno namietať skutočnosti, ktoré nastali po uplynutí lehoty na zaplatenie súdneho poplatku. 14. Podľa § 5 ods. 2 zákona č. 71/1992 Zb., právoplatným uznesením súdu o zastavení konania pre nezaplatenie súdneho poplatku poplatková povinnosť v celom rozsahu zaniká. 15. Podľa § 14 ods. 4 zákona č. 71/1992 Zb.,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16. Zákon č. 71/1992 Zb. spája vznik poplatkovej povinnosti s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 5 ods. 1 písm. a/). Výnimku z poplatkovej povinnosti tvoria prípady uvedené v ustanovení § 4 citovaného zákona (tzv. vecné a osobné oslobodenie od súdnych poplatkov), o ktoré však v predmetnej právnej veci nejde, preto bol žalobca povinný zaplatiť súdny poplatok v správnej výške spolu so správnou žalobou. Ak poplatník (v tomto prípade žalobca) nezaplatí súdny poplatok pri vzniku poplatkovej povinnosti, zákon č. 71/1992 Zb. mu umožňuje zaplatiť súdny poplatok ešte neskôr, a to na základe výzvy súdu podľa § 10 ods. 1, ktorá obsahuje lehotu na zaplatenie súdneho poplatku. Následkom nezaplatenia súdneho poplatku v lehote určenej súdom vo výzve podľa § 10 ods. 1 zákona č. 71/1992 Zb. je zastavenie konania, o čom musí byť poplatník poučený. O následku nezaplatenia súdneho poplatku za žalobu bol žalobca riadne poučený vo výzve č. k. 2S/249/2019-38 zo dňa 13.05.2020, v ktorej mu bola daná zákonná možnosť na dodatočné splnenie poplatkovej povinnosti v lehote určenej správnym súdom. 17. Vzhľadom na to, že zo strany žalobcu nedošlo k splneniu poplatkovej povinnosti za podanú správnu žalobu zo dňa 19.12.2019, pričom ide o skutočnosť, ktorá bráni vecnému vybaveniu žaloby, tunajší súd podľa ust. § 10 ods. 1 zákona č. 71/1992 Zb. konanie pre nezaplatenie súdneho poplatku zastavil. 18. O náhrade trov konania rozhodol správny súd podľa § 170 písm. b) SSP tak, že žiaden z účastníkov konania nemá právo na náhradu trov konania, nakoľko konanie bolo zastavené. Poučenie: Proti uzneseniu správneho súdu vydanému súdnym úradníkom, ktoré treba doručiť, je prípustná sťažnosť, ak ju SSP nevylučuje. Sťažnosť môže podať účastník konania a osoba zúčastnená na konaní podľa § 41 ods. 2 SSP, ak bolo uznesenie vydané v ich neprospech a to v lehote 15 dní od doručenia uznesenia na správnom súde, ktorý napadnuté uznesenie vydal. O sťažnosti rozhodne správny súd, ktorý napadnuté uznesenie vydal, spravidla bez nariadenia pojednávania. Ak nie je sťažnosť dôvodná, správny súd sťažnosť zamietne. Ak je sťažnosť dôvodná, správny súd napadnuté uznesenie zruší alebo zmení; v prípade zrušenia uznesenia je súdny úradník viazaný právnym názorom správneho súdu (§ 152 a nasl. SSP). V sťažnosti proti rozhodnutiu o zastavení súdneho konania pre nezaplatenie súdneho poplatku nemožno namietať skutočnosti, ktoré nastali po uplynutí lehoty na zaplatenie súdneho poplatku (§ 14 ods. 3 zákona o súdnych poplatkoch).</w:t>
      </w:r>
    </w:p>
    <w:p/>
    <w:p>
      <w:r>
        <w:t>Zdroj: KAUZIS.SK – https://www.kauzis.sk/judikatura/r/ECLI:SK:KSBA:2021:1019201728.3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