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1S/162/2020 z 20. 10. 2021</w:t>
      </w:r>
    </w:p>
    <w:p>
      <w:r>
        <w:t>Uznesenie Krajského súdu Bratislava z 20. októbra 2021, sp. zn. 1S/162/2020, ECLI:SK:KSBA:2021:1020201010.2</w:t>
      </w:r>
    </w:p>
    <w:p>
      <w:r>
        <w:t>Súd: Krajský súd Bratislava</w:t>
      </w:r>
    </w:p>
    <w:p>
      <w:r>
        <w:t>Spisová značka: 1S/162/2020</w:t>
      </w:r>
    </w:p>
    <w:p>
      <w:r>
        <w:t>ECLI: ECLI:SK:KSBA:2021:1020201010.2</w:t>
      </w:r>
    </w:p>
    <w:p>
      <w:r>
        <w:t>Dátum vydania: 20. 10. 2021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1S/162/2020 Identifikačné číslo súdneho spisu: 1020201010 Dátum vydania rozhodnutia: 21. 10. 2021 Meno a priezvisko sudcu, VSÚ: JUDr. Renáta Janáková ECLI: ECLI:SK:KSBA:2021:1020201010.2 Uznesenie Krajský súd v Bratislave v právnej veci žalobcu: K. P., R.. XX.XX.XXXX, B. K. T. XXA, XXX XX C. T., Chorvátska republika, zastúpený: JUDr. Alexandra Karlíková, advokátka, Račianska 24E, 831 02 Bratislava, proti žalovanému: Ministerstvo pôdohospodárstva a rozvoja vidieka SR, Dobrovičova 12, 812 66 Bratislava, IČO: 00 156 621, v konaní o preskúmanie zákonnosti rozhodnutia žalovaného č. 19775/2020 zo dňa 15.05.2020, takto r o z h o d o l : Krajský súd v Bratislave p o s t u p u j e vec Krajskému súdu v Banskej Bystrici. o d ô v o d n e n i e : 1. Žalobou doručenou tunajšiemu súdu dňa 10.07.2020 sa žalobca domáhal preskúmania zákonnosti rozhodnutia žalovaného č. 19775/2020 zo dňa 15.05.2020, ktorým tento potvrdil prvostupňové rozhodnutie Slovenskej lesnícko-drevárskej inšpekcie č. 1045/2020 z 26.11.2019, ktorým bol žalobca uznaný vinný zo spáchania priestupku podľa § 16 ods. 1 písm. c/ zákona č. 113/2018 Z.z. o uvádzaní dreva a výrobkov z dreva na vnútorný trh, v znení neskorších predpisov (ďalej len „zákon o dreve“), ktorého sa dopustil tým, že ako prepravca dreva nemal počas prepravy v dokladoch správne a pravdivo uvedený dátum a čas prepravy dreva, čím došlo zo strany žalobcu k porušeniu § 3 ods. 4 písm. f/ zákona o dreve. 2. Podľa § 97 zák. č. 162/2015 Z.z. správny súdny poriadok ( ďalej len SSP ), ak tento zákon neustanovuje inak správny súd kedykoľvek počas konania prihliada na to, či sú splnené podmienky, za ktorých môže správny súd konať a rozhodnúť (ďalej len „procesné podmienky“).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Podľa § 10 ods. 1 zákona o dreve, Lesnícko-drevárska inšpekcia (ďalej len „Inšpekcia“) je preddavkovou organizáciou Ministerstva pôdohospodárstva a vykonáva pôsobnosť pre celé územie Slovenskej republiky. 6. Z podanej žaloby a aj z administratívneho súd zistil, že v predmetom konaní orgán verejnej správy, ktorý rozhodol v prvom stupni je Slovenská lesnícko-drevárska inšpekcia, ktorá má sídlo vo Zvolene. V zmysle ust. § 13 ods. 1 SSP je preto miestne príslušným Krajský súd v Banskej Bystrici, v ktorého obvode má sídlo Slovenská lesnícko-drevárska inšpekcia, ktorý orgán verejnej správy rozhodol aj v prvom stupni. 7. Nakoľko Krajský súd v Bratislave zistil, že nie je miestne príslušný v zmysle ust. § 18 ods. 2 SSP postúpil vec uznesením miestne príslušnému správnemu súdu, t.j. Krajskému súdu v Banskej Bystrici. Poučenie: Proti tomuto uzneseniu nie je prípustná kasačná sťažnosť (§ 439 ods. 2 písm. a/ SSP).</w:t>
      </w:r>
    </w:p>
    <w:p/>
    <w:p>
      <w:r>
        <w:t>Zdroj: KAUZIS.SK – https://www.kauzis.sk/judikatura/r/ECLI:SK:KSBA:2021:1020201010.2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