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7Co/322/2017 z 3. 3. 2021</w:t>
      </w:r>
    </w:p>
    <w:p>
      <w:r>
        <w:t>Uznesenie Krajského súdu Bratislava z 3. marca 2021, sp. zn. 7Co/322/2017, ECLI:SK:KSBA:2021:1111244682.2</w:t>
      </w:r>
    </w:p>
    <w:p>
      <w:r>
        <w:t>Súd: Krajský súd Bratislava</w:t>
      </w:r>
    </w:p>
    <w:p>
      <w:r>
        <w:t>Spisová značka: 7Co/322/2017</w:t>
      </w:r>
    </w:p>
    <w:p>
      <w:r>
        <w:t>ECLI: ECLI:SK:KSBA:2021:1111244682.2</w:t>
      </w:r>
    </w:p>
    <w:p>
      <w:r>
        <w:t>Dátum vydania: 3. 3. 2021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7Co/322/2017 Identifikačné číslo súdneho spisu: 1111244682 Dátum vydania rozhodnutia: 04. 03. 2021 Meno a priezvisko sudcu, VSÚ: Mgr. Adela Unčovská ECLI: ECLI:SK:KSBA:2021:1111244682.2 Uznesenie Krajský súd v Bratislave v senáte zloženom z predsedníčky senátu Mgr. Adely Unčovskej a členov senátu JUDr. Mariany Harvancovej a Mgr. Niny Dubovskej, v právnej veci žalobkyne: O.. I. C., A.., D.. XX.X.XXXX, N. S. X/B, N., zastúpenej: CREDIS Law s.r.o., IČO: 35 955 341, so sídlom Radlinského 2, 811 07 Bratislava, proti žalovanej: Slovenská republika - Národná banka Slovenska, so sídlom Imricha Karvaša 1, Bratislava, o zaplatenie 21 933,08 eur s príslušenstvom, na odvolanie žalobkyne proti rozsudku Okresného súdu Bratislava I zo dňa 13.7.2017, č. k. 7C/199/2011-616, jednomyseľne takto r o z h o d o l : Odvolací súd opravuje záhlavie rozsudku, č.k. 7Co/322/2017-658, IČS: 1111244682 zo dňa 28.10.2020 v časti označenia dátumu narodenia žalobkyne tak, že správne označenie žalobkyne má znieť: „O.. I. C., A.., D.. XX.X.XXXX, N. S. X/B, N..“. o d ô v o d n e n i e : 1. Krajský súd v Bratislave, ako súd odvolací, rozsudkom č.k. 7Co/322/2017-658 zo dňa 28.10.2020 potvrdil rozsudok súdu prvej inštancie (výrok I) a žalovanej proti žalobkyni priznal nárok na plnú náhradu trov odvolacieho konania (výrok II). 2. Dňa 2.2.2021 bola súdu prvej inštancie doručená žiadosť právneho zástupcu žalobkyne o opravu roku narodenia žalobkyne v rozsudku, sp. zn. 7Co/322/2017-658 zo dňa 28.10.2020, nakoľko je v ňom uvedený rok narodenia XXXX, pričom správny rok narodenia žalobkyne je rok XXXX. 3. Podľa § 378 ods. 1 zákona č. 160/2015 Z.z. Civilný sporový poriadok (ďalej len „C.s.p.“), na konanie na odvolacom súde sa primerane použijú ustanovenia o konaní pred súdom prvej inštancie, ak tento zákon neustanovuje inak. 4. Podľa § 224 C.s.p., súd kedykoľvek aj bez návrhu opraví v rozsudku chyby v písaní a počítaní, ako aj iné zrejmé nesprávnosti. O oprave súd vydá opravné uznesenie, ktoré doručí subjektom konania. 5. Z predloženého spisu odvolací súd zistil, že v rozsudku č.k. 7Co/322/2017-658 zo dňa 28.10.2020 bola žalobkyňa označená ako „O.. I. C., A.., D.. XX.X.XXXX, N. S. X/B, N.,“ pričom správny dátum narodenia žalobkyne je XX.X.XXXX. Vychádzajúc z týchto skutočností je zrejmé, že odvolací súd v záhlaví písomného vyhotovenia rozsudku č.k. 7Co/322/2017-658 zo dňa 28.10.2020 nesprávne označil dátum, resp. rok narodenia žalobkyne. 6. Nakoľko zo strany odvolacieho súdu došlo v záhlaví písomného vyhotovenia rozsudku č.k. 7Co/322/2017-658 zo dňa 28.10.2020 k chybe spočívajúcej v nesprávnom označení dátumu narodenia žalobkyne, odvolací súd vzniknuté pochybenie týmto opravným uznesením postupom podľa ustanovenia § 224 v spojení s § 378 ods. 1 C.s.p. odstránil. 7. Toto rozhodnutie bolo prijaté senátom Krajského súdu v Bratislave pomerom hlasov 3:0.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https://www.kauzis.sk/judikatura/r/ECLI:SK:KSBA:2021:1111244682.2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