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15Co/29/2024 z 3. 4. 2025</w:t>
      </w:r>
    </w:p>
    <w:p>
      <w:r>
        <w:t>Opravné uznesenie Krajského súdu Bratislava z 3. apríla 2025, sp. zn. 15Co/29/2024, ECLI:SK:KSBA:2025:1320210331.2</w:t>
      </w:r>
    </w:p>
    <w:p>
      <w:r>
        <w:t>Súd: Krajský súd Bratislava</w:t>
      </w:r>
    </w:p>
    <w:p>
      <w:r>
        <w:t>Spisová značka: 15Co/29/2024</w:t>
      </w:r>
    </w:p>
    <w:p>
      <w:r>
        <w:t>ECLI: ECLI:SK:KSBA:2025:1320210331.2</w:t>
      </w:r>
    </w:p>
    <w:p>
      <w:r>
        <w:t>Dátum vydania: 3. 4. 2025</w:t>
      </w:r>
    </w:p>
    <w:p>
      <w:r>
        <w:t>Forma: Opravné uznesenie</w:t>
      </w:r>
    </w:p>
    <w:p>
      <w:pPr>
        <w:pStyle w:val="Heading2"/>
      </w:pPr>
      <w:r>
        <w:t>Text rozhodnutia</w:t>
      </w:r>
    </w:p>
    <w:p>
      <w:r>
        <w:t>Súd: Spisová značka: Identifikačné číslo súdneho spisu: Dátum vydania rozhodnutia: Meno a priezvisko sudcu, VSÚ: ECLI:</w:t>
      </w:r>
    </w:p>
    <w:p>
      <w:r>
        <w:t>Krajský súd Bratislava 15Co/29/2024 1320210331 03. 04. 2025 JUDr. Silvia Walterová ECLI:SK:KSBA:2025:1320210331.2</w:t>
      </w:r>
    </w:p>
    <w:p>
      <w:r>
        <w:t>Opravné uznesenie Krajský súd v Bratislave v senáte zloženom z predsedníčky senátu JUDr. Silvie Walterovej a členiek senátu JUDr. Evy Mészárosovej a Mgr. Zity Leimbergerovej, v právnej veci žalobcov v 1. rade: T.. M. V. N. Á. C. , G. V. X.XX.XXXX, E. K. K., E. Č.. XX, v 2. rade: T.. C. V. N. Á. C. U. Z. Á. , G. V.Q. XX.X.XXXX, E. K. K., E. Č.. XX, obaja zastúpení spoločnosťou HHB advokátska kancelária s.r.o., IČO: 52 274 896, Martin, Andreja Kmeťa č. 576/13, za ktorú koná JUDr. Marek Hraška, proti žalovanému: M.. B. V. N. Á. C. , G. V. XX.X.XXXX, E. K. K., V. Č.. XX, zastúpený spoločnosťou FELŠÖCI &amp; Partners, s.r.o., IČO: 47 254 203, Bratislava, Bajkalská č. 31, za ktorú koná JUDr. Ing. Ján Felšöci, o zrušenie a vyporiadanie podielového spoluvlastníctva k nehnuteľnostiam, na odvolanie žalovaného proti rozsudku Mestského súdu Bratislava IV zo dňa 23. októbra 2023, č.k. B3-62 C 39/2023-204, o opravu chyby v písaní, takto rozhodol: Uznesenie Krajského súdu v Bratislave zo dňa 29. apríla 2024, č.k. 15 Co 29/2024-235, o p r a v u j e v jeho závere pri uvedení členov senátu tak, že namiesto: JUDr. Silvia Walterová, predsedníčka senátu, JUDr. Silvia Walterová, členka senátu, Mgr. Zita Leimbergerová, členka senátu, správne má znieť: JUDr. Silvia Walterová, predsedníčka senátu, JUDr. Eva Mészárosová, členka senátu, Mgr. Zita Leimbergerová, členka senátu. odôvodnenie: 1. Krajský súd v Bratislave uznesením zo dňa 29.4.2024, č.k. 15 Co 29/2024-235, I. odvolanie žalovaného odmietol; II. žalobcom v 1., 2. rade priznal spoločne a nerozdielne nárok na náhradu trov odvolacieho konania v rozsahu 100 %. 2. Podaním doručeným Krajskému súdu v Bratislave dňa 28.3.2025, Najvyšší súd Slovenskej republiky uložil odvolaciemu súdu odstrániť postupom podľa § 378 ods. 1 v spojení s § 224 C.s.p. inú zrejmú nesprávnosť v písomnom vyhotovení rozsudku (správne uznesenia, poznámka odvolacieho súdu), keďže zo záhlavia uznesenia odvolacieho súdu vyplýva, že členkou senátu odvolacieho súdu (okrem predsedníčky senátu JUDr. Silvie Walterovej a členky senátu Mgr. Zity Leimbergerovej) bola aj JUDr. Eva Mészárosová. Rovnako šetrením v súdnom manažmente (elektronickom spise) zistil, že uznesenie odvolacieho súdu podpísala elektronicky JUDr. Eva Mészárosová. 3. Odvolací súd prejednal vec bez nariadenia pojednávania podľa § 378 ods. 1 Civilného sporového poriadku (zákon č. 160/2015 Z.z., ďalej len C.s.p.). 4. Podľa § 224 C.s.p. súd kedykoľvek aj bez návrhu opraví v rozsudku chyby v písaní a počítaní, ako aj iné zrejmé nesprávnosti. O oprave súd vydá opravné uznesenie, ktoré doručí subjektom konania. 5. Pri písaní uznesenia zo dňa 29.4.2024, č.k. 15 Co 29/2024-235, došlo zo strany Krajského súdu v Bratislave k zrejmej nesprávnosti v označení členky senátu, keď v jeho závere pri uvedení členky senátu namiesto uvedenia JUDr. Eva Mészárosová, bolo nesprávne uvedené JUDr. Silvia Walterová, členka senátu.</w:t>
      </w:r>
    </w:p>
    <w:p>
      <w:r>
        <w:t>6. Z uvedených dôvodov preto odvolací súd rozhodol o oprave uznesenia zo dňa 29.4.2024, č.k. 15 Co 29/2024-235 v jeho závere pri uvedení členov senátu podľa § 224 C.s.p. tak, ako je uvedené vo výrokovej časti tohto uznesenia. 7.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w:t>
      </w:r>
    </w:p>
    <w:p>
      <w:r>
        <w:t>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https://www.kauzis.sk/judikatura/r/ECLI:SK:KSBA:2025:1320210331.2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