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25K/66/2005 z 27. 12. 2011</w:t>
      </w:r>
    </w:p>
    <w:p>
      <w:r>
        <w:t>Uznesenie Krajského súdu Banská Bystrica z 27. decembra 2011, sp. zn. 25K/66/2005, ECLI:SK:KSBB:2011:6005202541.3</w:t>
      </w:r>
    </w:p>
    <w:p>
      <w:r>
        <w:t>Súd: Krajský súd Banská Bystrica</w:t>
      </w:r>
    </w:p>
    <w:p>
      <w:r>
        <w:t>Spisová značka: 25K/66/2005</w:t>
      </w:r>
    </w:p>
    <w:p>
      <w:r>
        <w:t>ECLI: ECLI:SK:KSBB:2011:6005202541.3</w:t>
      </w:r>
    </w:p>
    <w:p>
      <w:r>
        <w:t>Dátum vydania: 27. 12.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25K/66/2005 Identifikačné číslo súdneho spisu: 6005202541 Dátum vydania rozhodnutia: 28. 12. 2011 Meno a priezvisko sudcu, VSÚ: doc. JUDr. Milan Ďurica, PhD. ECLI: ECLI:SK:KSBB:2011:6005202541.3 Uznesenie Krajský súd v Banskej Bystrici v právnej veci vyhláseného konkurzu na majetok úpadcu M. M., O. XXX „v konkurze", IČO: 10 856 404, o návrhu správkyne konkurznej podstaty JUDr. Tatiany Šumichrastovej, V. XX, XXX XX W. na zrušenie konkurzu po splnení rozvrhového uznesenia takto r o z h o d o l : Súd z r u š u j e konkurz vyhlásený na majetok úpadcu M. M., O. XXX „v konkurze“, IČO: 10 856 404, po splnení rozvrhového uznesenia. Súd z b a v u j e JUDr. Tatianu Šumichrastovú, V. XX, XXX XX W. funkcie správkyne konkurznej podstaty. o d ô v o d n e n i e : Dňa 22. decembra 2011 bolo konkurznému súdu doručené podanie, v ktorom správkyňa konkurznej podstaty oznámila splnenie rozvrhového uznesenia. K podaniu priložila doklady preukazujúce úhradu súm priznaných konkurzným veriteľom rozvrhovým uznesením. Súd v konaní zistil, že 21. októbra 2011 bolo vydané rozvrhové uznesenie č. k. 25K/66/2005-349, ktoré nadobudlo právoplatnosť 3. decembra 2011. V uvedenom rozhodnutí súd uložil správkyni povinnosť poukázať veriteľom priznané sumy v lehote 5 dní od právoplatnosti rozhodnutia a v lehote 8 dní od jeho právoplatnosti predložiť doklady o jeho splnení spolu s návrhom na zrušenie konkurzu. Správkyňa konkurznej podstaty v podaní zo 16. decembra 2011 doručenom konkurznému súdu 22. decembra 2011 oznámila splnenie rozvrhového uznesenia. Uspokojenie všetkých pohľadávok priznaných v rozvrhovom uznesení preukázala správkyňa kópiami príkazov na úhradu. Podľa § 44 ods. 1 písm. b) a ods. 4 zákona č. 328/1991 Zb. o konkurze a vyrovnaní v znení neskorších predpisov (ďalej len „ZKV“) súd uznesením zruší konkurz, v ktorom nedošlo k potvrdeniu núteného vyrovnania, po splnení rozvrhového uznesenia. V uznesení o zrušení konkurzu zbaví súd správcu funkcie a rozhodne o jeho odmene a náhrade výdavkov, ak o nich ešte nerozhodol. Súd po zistení, že správkyňa konkurznej podstaty splnila rozvrhové uznesenie, rozhodol o zrušení konkurzu a o zbavení správkyne konkurznej podstaty funkcie. Súd nerozhodoval o odmene a výdavkoch správkyne, pretože o týchto bolo rozhodnuté. Podľa § 45 ods. 1 ZKV zrušením konkurzu zanikajú účinky vyhlásenia konkurzu uvedené v § 14, platnosť a účinnosť úkonov vykonaných počas konkurzu tým nie je dotknutá. Poučenie: P o u č e n i e : Proti tomuto uzneseniu je prípustné odvolanie, ktoré je možné podať do 30 dní od jeho zverejnenia v Obchodnom vestníku na súde, proti rozhodnutiu ktorého smeruje. V odvolaní sa má popri všeobecných náležitostiach (§ 42 ods. 3 O. s. p.)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https://www.kauzis.sk/judikatura/r/ECLI:SK:KSBB:2011:6005202541.3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