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24S/52/2010 z 21. 12. 2011</w:t>
      </w:r>
    </w:p>
    <w:p>
      <w:r>
        <w:t>Uznesenie Krajského súdu Banská Bystrica z 21. decembra 2011, sp. zn. 24S/52/2010, ECLI:SK:KSBB:2011:6010200450.4</w:t>
      </w:r>
    </w:p>
    <w:p>
      <w:r>
        <w:t>Súd: Krajský súd Banská Bystrica</w:t>
      </w:r>
    </w:p>
    <w:p>
      <w:r>
        <w:t>Spisová značka: 24S/52/2010</w:t>
      </w:r>
    </w:p>
    <w:p>
      <w:r>
        <w:t>ECLI: ECLI:SK:KSBB:2011:6010200450.4</w:t>
      </w:r>
    </w:p>
    <w:p>
      <w:r>
        <w:t>Dátum vydania: 21. 12. 2011</w:t>
      </w:r>
    </w:p>
    <w:p>
      <w:r>
        <w:t>Forma: Uznesenie</w:t>
      </w:r>
    </w:p>
    <w:p>
      <w:pPr>
        <w:pStyle w:val="Heading2"/>
      </w:pPr>
      <w:r>
        <w:t>Text rozhodnutia</w:t>
      </w:r>
    </w:p>
    <w:p>
      <w:r>
        <w:t>Súd: Krajský súd Banská Bystrica Spisová značka: 24S/52/2010 Identifikačné číslo súdneho spisu: 6010200450 Dátum vydania rozhodnutia: 22. 12. 2011 Meno a priezvisko sudcu, VSÚ: Ľudovít Bradáč ECLI: ECLI:SK:KSBB:2011:6010200450.4 Uznesenie Krajský súd v Banskej Bystrici v právnej veci žalobcu: Všeobecná nemocnica Z., n.o. v konkurze, Jesenského č. 102, XXX XX Z., H.: XX XXX XXX, zast. W. JUDr. Ľubicou Flíderovou, advokátkou, W. I. X, XXX XX G. proti odporcovi: Úrad pre dohľad nad zdravotnou starostlivosťou, Grosslingová 5, 812 62 Bratislava o preskúmanie zákonnosti rozhodnutia a postupu žalovaného č. ZS 603/00020/2009/R zo dňa 28. apríla 2010 takto r o z h o d o l : Súd konanie z a s t a v u j e . Žiaden z účastníkov nemá právo na náhradu trov konania. o d ô v o d n e n i e : Dňa 31. mája 2010 bola Krajskému súdu v Banskej Bystrici doručená žaloba žalobcu o preskúmanie zákonnosti rozhodnutia a postupu žalovaného č. ZS 603/00020/2009/R zo dňa 28. apríla 2010, ktorým žalobca zamietol rozklad poskytovateľa zdravotnej starostlivosti Všeobecnej nemocnice Z., n.o., Jesenského č. 102, XXX XX Z., H.: XX XXX XXX a potvrdil rozhodnutie prvostupňového správneho orgánu Úradu pre dohľad nad zdravotnou starostlivosťou - pobočka O. O., C. XX, XXX XX O. O. E.. ZS XXX/XXXXX/XXXX zo dňa 30. septembra 2009, ktorým prvostupňový správny orgán uložil podľa § 50 ods. 2 písm. a) a § 64 ods. 2 písm. b) zákona č. 581/2004 Z.z. poskytovateľovi zdravotnej starostlivosti Všeobecnej nemocnici Z., n.o., Jesenského č. 102, XXX XX Z., H.: XX XXX XXX pokutu 1 600,- eur (48 201,- Sk) za porušenie ustanovenia § 4 ods. 3 zákona č. 576/2004 Z.z. o zdravotnej starostlivosti, službách súvisiacich s poskytovaním zdravotnej starostlivosti a o zmene a doplnení niektorých zákonov, na základe záverov ukončeného výkonu dohľadu dňa 03.06.2009 v zmysle zákona č. 581/2004 Z.z. o zdravotných poisťovniach, dohľade nad zdravotnou starostlivosťou a o zmene a doplnení niektorých zákonov v znení neskorších predpisov pri poskytovaní zdravotnej starostlivosti X. V., K.. XXXX. Žalobca podaním doručeným súdu dňa 18. októbra 2011 zobral svoje odvolanie proti rozhodnutiu žalobcu č. odporcu č. ZS 603/00020/2009/R zo dňa 28. apríla 2010 späť, žiadal, aby súd konanie zastavil a rozhodol, že žiaden z účastníkov konania nemá nárok na náhradu trov konania. Podľa § 250h ods. 2 Občianskeho súdneho poriadku (ďalej len „O.s.p.“) až do rozhodnutia súdu môže žalobca vziať žalobu späť; ak žalovanému medzitým vznikli trovy konania, rozhodne súd o ich náhrade.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Na základe späťvzatia žaloby žalobcu o preskúmanie zákonnosti rozhodnutia a postupu žalovaného č. ZS 603/00020/2009/R zo dňa 28. apríla 2010, ktoré bolo doručené súdu dňa 18. októbra 2011, súd podľa § 250d ods. 3 O.s.p. toto konanie zastavil. O trovách konania súd rozhodol podľa § 146 ods. 1 písmeno c) O.s.p. tak, že žiaden z účastníkov nemá právo na náhradu trov konania. Poučenie: Proti tomuto uzneseniu je prípustné odvolanie, ktoré možno podať v lehote 15 dní od jeho doručenia na súde, proti rozhodnutiu ktorého smeruje. V odvolaní sa má popri všeobecných náležitostiach (§42 ods.3 O. s. p.) uviesť, proti ktorému rozhodnutiu smeruje, v akom rozsahu sa napáda, v čom sa toto rozhodnutie alebo postup súdu považuje za nesprávny a čoho sa odvolateľ domáha.</w:t>
      </w:r>
    </w:p>
    <w:p/>
    <w:p>
      <w:r>
        <w:t>Zdroj: KAUZIS.SK – https://www.kauzis.sk/judikatura/r/ECLI:SK:KSBB:2011:6010200450.4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