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24S/43/2011 z 19. 2. 2012</w:t>
      </w:r>
    </w:p>
    <w:p>
      <w:r>
        <w:t>Opravné uznesenie Krajského súdu Banská Bystrica z 19. februára 2012, sp. zn. 24S/43/2011, ECLI:SK:KSBB:2012:6011200432.2</w:t>
      </w:r>
    </w:p>
    <w:p>
      <w:r>
        <w:t>Súd: Krajský súd Banská Bystrica</w:t>
      </w:r>
    </w:p>
    <w:p>
      <w:r>
        <w:t>Spisová značka: 24S/43/2011</w:t>
      </w:r>
    </w:p>
    <w:p>
      <w:r>
        <w:t>ECLI: ECLI:SK:KSBB:2012:6011200432.2</w:t>
      </w:r>
    </w:p>
    <w:p>
      <w:r>
        <w:t>Dátum vydania: 19. 2.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24S/43/2011 Identifikačné číslo súdneho spisu: 6011200432 Dátum vydania rozhodnutia: 20. 02. 2012 Meno a priezvisko sudcu, VSÚ: Ľudovít Bradáč ECLI: ECLI:SK:KSBB:2012:6011200432.2 Opravné uznesenie Krajský súd v Banskej Bystrici v senáte zloženom z predsedu senátu Ľudovíta Bradáča a členiek senátu JUDr. Jany Novotnej a JUDr. Aleny Antalovej v právnej veci žalobcu: Okresná prokurátorka vo F., Trhová č. 7, XXX XX F. proti žalovanému: Mesto S., Tajovského č. 7, XXX XX S. za účasti ďalších účastníkov N. Y., I.., H. XXX XX Y. Q.. XXX a D. M., H. W. XXXX, XXX XX R. o preskúmanie zákonnosti opatrenia vydaného žalovaným pod č. XXX/XXXX/JĽa-ozn zo dňa 30.01.2009 jednohlasne takto r o z h o d o l : O p r a v u j e záhlavie rozsudku č. 24S/43/2011-45 zo dňa 13.01.2012 tak, že správne má znieť: „Krajský súd v Banskej Bystrici v senáte zloženom z predsedu senátu Ľudovíta Bradáča a členiek senátu JUDr. Jany Novotnej a JUDr. Aleny Antalovej v právnej veci žalobcu: Okresná prokurátorka vo F., Trhová č. 7, XXX XX F. proti žalovanému: Mesto S., Tajovského č. 7, XXX XX S. za účasti ďalších účastníkov N. Y., I.., H. XXX XX Y. Q.. XXX a D. M., H. W. XXXX, XXX XX R. o preskúmanie zákonnosti opatrenia vydaného žalovaným pod č. XXX/XXXX/JĽa-ozn zo dňa 30.01.2009 jednohlasne takto“. o d ô v o d n e n i e : Rozsudkom č.k. 24S/43/2011-45 zo dňa 13.01.2012 súd zamietol žalobu žalobcu a žalobcovi nepriznal náhradu trov konania. V záhlaví rozsudku bol tunajší súd nesprávne označený ako súd odvolací. Podľa § 157 ods. 1 O.s.p. v písomnom vyhotovení rozsudku sa po slovách „V mene Slovenskej republiky“ uvedie označenie súdu, mená a priezviská sudcov a prísediacich, presné označenie účastníkov a ich zástupcov, účasť prokurátora, označenie prejednávanej veci, znenie výroku, odôvodnenie, poučenie o lehote na podanie odvolania a náležitostiach odvolania podľa § 205 ods. 1 a 2, poučenie o možnosti výkonu rozhodnutia a deň a miesto vyhlásenia. Podľa § 164 O.s.p. súd kedykoľvek aj bez návrhu opraví v rozhodnutí chyby v písaní a v počítaní, ako aj iné zrejmé nesprávnosti. O návrhu na opravu súd rozhodne do 30 dní od jeho podania. O oprave vydá opravné uznesenie, ktoré doručí účastníkom. Pritom môže odložiť vykonateľnosť rozsudkov na čas, kým opravné uznesenie nenadobudne právoplatnosť. V predmetnej veci súd rozhodol o žalobe o preskúmanie zákonnosti rozhodnutia a predchádzajúceho postupu žalovaného ako vecne a miestne príslušný prvostupňový súd. Nesprávne označenie súdu v záhlaví rozsudku ako súdu odvolacieho, bolo preto potrebné podľa cit. § 164 O.s.p. opraviť. Poučenie: Proti tomuto rozhodnutiu je prípustné odvolanie podané v lehote 15 dní odo dňa jeho doručenia prostredníctvom tunajšieho súdu na Najvyšší súd SR.</w:t>
      </w:r>
    </w:p>
    <w:p/>
    <w:p>
      <w:r>
        <w:t>Zdroj: KAUZIS.SK – https://www.kauzis.sk/judikatura/r/ECLI:SK:KSBB:2012:6011200432.2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