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21Sd/134/2011 z 14. 5. 2012</w:t>
      </w:r>
    </w:p>
    <w:p>
      <w:r>
        <w:t>Uznesenie Krajského súdu Banská Bystrica z 14. mája 2012, sp. zn. 21Sd/134/2011, ECLI:SK:KSBB:2012:6011200533.1</w:t>
      </w:r>
    </w:p>
    <w:p>
      <w:r>
        <w:t>Súd: Krajský súd Banská Bystrica</w:t>
      </w:r>
    </w:p>
    <w:p>
      <w:r>
        <w:t>Spisová značka: 21Sd/134/2011</w:t>
      </w:r>
    </w:p>
    <w:p>
      <w:r>
        <w:t>ECLI: ECLI:SK:KSBB:2012:6011200533.1</w:t>
      </w:r>
    </w:p>
    <w:p>
      <w:r>
        <w:t>Dátum vydania: 14. 5. 2012</w:t>
      </w:r>
    </w:p>
    <w:p>
      <w:r>
        <w:t>Forma: Uznesenie</w:t>
      </w:r>
    </w:p>
    <w:p>
      <w:r>
        <w:t>Oblasť práva: Správne právo</w:t>
      </w:r>
    </w:p>
    <w:p>
      <w:pPr>
        <w:pStyle w:val="Heading2"/>
      </w:pPr>
      <w:r>
        <w:t>Text rozhodnutia</w:t>
      </w:r>
    </w:p>
    <w:p>
      <w:r>
        <w:t>Súd: Krajský súd Banská Bystrica Spisová značka: 21Sd/134/2011 Identifikačné číslo súdneho spisu: 6011200533 Dátum vydania rozhodnutia: 15. 05. 2012 Meno a priezvisko sudcu, VSÚ: Mgr. Ivana Kubandová ECLI: ECLI:SK:KSBB:2012:6011200533.1 Uznesenie Krajský súd v Banskej Bystrici v právnej veci navrhovateľa: N. Q. st., S. XXXX/X, T. právny nástupca po neb. pani A. Q., nar. X. B. XXXX, zom. XX. Z. XXXX, naposledy bytom S. XXXX/X, T., proti odporkyni: Sociálna poisťovňa ústredie v Bratislave, Ul. 29. augusta č. 8, 831 63 Bratislava o preskúmanie rozhodnutia o invalidnom dôchodku takto r o z h o d o l : Súd konanie vo veci rozhodnutia odporkyne č. 625 801 6160 zo dňa 4. novembra 2010 z a s t a v u j e. Navrhovateľovi náhradu trov konania nepriznáva. o d ô v o d n e n i e : Odporkyňa rozhodnutím číslo 625 801 6160 zo 4. novembra 2010 s poukázaním na § 70 ods. 1 a § 82 zákona č. 461/2003 Z. z. o sociálnom poistení v znení neskorších predpisov priznala právnej predchodkyne navrhovateľa invalidný dôchodok od 7. októbra 2010 v sume 148,80 EUR mesačne z dôvodu, že podľa posudku posudkového lekára Sociálnej poisťovne, pobočky Zvolen zo dňa 14. októbra 2010, je navrhovateľka invalidná s mierou poklesu schopnosti vykonávať zárobkovú činnosť o 50 % v porovnaní so zdravou fyzickou osobou. Právna predchodkyňa navrhovateľa voči uvedenému rozhodnutiu podala opravný prostriedok, v ktorom uviedla, že posúdenie jej zdravotného stavu posudkovým lekárom nezodpovedalo jej zdravotnému stavu. Podľa § 250l ods. 1 O.s.p. podľa ustanovení tejto hlavy /3 hlava 5. časť O.s.p./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250o O.s.p. ak správny orgán, ktorého rozhodnutie súd preskúmava, vydá nové rozhodnutie, ktorým návrhu celkom vyhovie, súd uznesením konanie zastaví. Podľa § 118 ods. 1 zákona č. 461/2003 Z. z. o sociálnom poistení v znení neskorších prepisov ak fyzická osoba, ktorá splnila podmienky nároku na dávku, zomrela po uplatnení nároku na dávku a nároku na jej výplatu, prechádzajú nároky na sumy splatné ku dňu smrti tejto fyzickej osoby postupne na manžela (manželku), deti a rodičov. Súd v preskúmavacom konaní zistil, že na základe podaného opravného prostriedku podaného posúdil zdravotný stav právnej predchodkyni navrhovateľa posudkový lekár Sociálnej poisťovne ústredia Banská Bystrica dňa 28. apríla 2011, ktorý vzhľadom na závažnosť zdravotného stavu určil mieru poklesu schopnosti vykonávať zárobkovú činnosť 80 %. Na základe vyššie uvedených skutočností odporkyňa vydala rozhodnutie č. 625 801 6160 zo dňa 25. mája 2011, ktorým priznala od 7. októbra 2010 invalidný dôchodok v sume 297,30 EUR mesačne, ktorý zo zákonných dôvodov zvýšila od 1. januára 2011 na sumu 302,70 EUR mesačne. Právnym nástupcom neboh. A. Q. navrhovateľky v zmysle § 118 zákona č. 461/2003 Z. z. o sociálnom poistení v znení neskorších prepisov sa stal jej manžel, na ktorého prešli práva a povinnosti zo zákona, a ktorý sa stal aj procesným účastníkom tohto súdneho konania. Keďže odporkyňa v správnom konaní v celom rozsahu vyhovela opravnému prostriedku podaného proti rozhodnutiu, súd podľa § 250o O.s.p. konanie zastavil tak, ako je vo výrokovej časti tohto uznesenia uvedené. O trovách konania rozhodol súd podľa § 250k ods.1 s použitím § 250l ods.2 O.s.p.. V konaní nebola uplatnená náhrada trov konania, preto súd vyslovil, že náhradu trov konania navrhovateľovi nepriznáva. Poučenie: Proti tomuto uzneseniu je prípustné odvolanie podľa § 374 ods. 4 O.s.p. Odvolanie je možné podať písomne, v dvoch vyhotoveniach, v lehote 15 dní od jeho doručenia na krajskom súde, proti rozhodnutiu ktorého smeruje. Odvolaniu podanému proti rozhodnutiu, ktoré vydal súdny úradník alebo justičný čakateľ, môže úplne vyhovieť sudca. Ak sudca podanému odvolaniu nevyhovie, predloží vec Najvyššiemu súdu SR. V odvolaní je potrebné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https://www.kauzis.sk/judikatura/r/ECLI:SK:KSBB:2012:6011200533.1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