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24S/95/2011 z 7. 8. 2012</w:t>
      </w:r>
    </w:p>
    <w:p>
      <w:r>
        <w:t>Opravné uznesenie Krajského súdu Banská Bystrica z 7. augusta 2012, sp. zn. 24S/95/2011, ECLI:SK:KSBB:2012:6011201012.2</w:t>
      </w:r>
    </w:p>
    <w:p>
      <w:r>
        <w:t>Súd: Krajský súd Banská Bystrica</w:t>
      </w:r>
    </w:p>
    <w:p>
      <w:r>
        <w:t>Spisová značka: 24S/95/2011</w:t>
      </w:r>
    </w:p>
    <w:p>
      <w:r>
        <w:t>ECLI: ECLI:SK:KSBB:2012:6011201012.2</w:t>
      </w:r>
    </w:p>
    <w:p>
      <w:r>
        <w:t>Dátum vydania: 7. 8. 2012</w:t>
      </w:r>
    </w:p>
    <w:p>
      <w:r>
        <w:t>Forma: Opravné uznesenie</w:t>
      </w:r>
    </w:p>
    <w:p>
      <w:pPr>
        <w:pStyle w:val="Heading2"/>
      </w:pPr>
      <w:r>
        <w:t>Text rozhodnutia</w:t>
      </w:r>
    </w:p>
    <w:p>
      <w:r>
        <w:t>Súd: Krajský súd Banská Bystrica Spisová značka: 24S/95/2011 Identifikačné číslo súdneho spisu: 6011201012 Dátum vydania rozhodnutia: 08. 08. 2012 Meno a priezvisko sudcu, VSÚ: Ľudovít Bradáč ECLI: ECLI:SK:KSBB:2012:6011201012.2 Opravné uznesenie Krajský súd v Banskej Bystrici v právnej veci žalobkyne: S. V., rod. S., nar. XX.XX.XXXX, bytom Q. J. I. XXX, XXX XX N. S., zast. JUDr. Pavlom Vrškom, advokátom so sídlom M.R.Štefánika 2, 990 01 Veľký Krtíš proti žalovanému: Katastrálny úrad Banská Bystrica, Nám. Ľ. Štúra 1, 974 05 Banská Bystrica, za účasti: 1. D. G., Q. J. I. XX, XXX XX N. S., 2. S. G., XXX XX X. č. XX, 3. L. G., XXX XX X. č. XX, 4. Z. U., XXX XX X. č. XX, 5. F.. Z. U., X. XXX, XXX XX F. N., 6. L. P., XXX XX X. č. XX, 7. S. E., XXX XX X. č. XXX, 8. S. Z., P. M. XXX, XXX XX J., 9. Z. H., M. W. XX, XXXX G., S. V., 10. P. H., G. XX, XXX XX J., 11. S. H., G. XX, XXX XX J., 12. I. H., G. XX, XXX XX J., 13. S. S., H. XX, L., XXX XX L., 14. Z. S., XXX XX X. č. XXX, 15. K. S., XXX XX X. č. XXX, 16. E. S., XXX XX X. č. XX, 17. I. S., O. G., XXX XX X. V., 18. I. J., H. H. č. XX, XXX XX H. H., 19. Y. K., Q. J. I. XX, XXX XX N. S., 20. I. V., Q. J. I. XXX, XXX XX N. S., 21. H. N., H. J. F. XXX, XXX XX G. J. F., 22. D. N., H. XXX, XXX XX J., 23. X. Y., Q. J. I. XXX, XXX XX N. S., 24. X. I., O. XXX/XX, XXX XX J., 25. M. V., Q. J. I. XX, XXX XX N. S., 26. V. V., L. K. XXXX/X, XXX XX I. H., 27. L. V., Y. XXXX/XX, XXX XX G. G. o preskúmanie zákonnosti rozhodnutia a postupu žalovaného vydaného pod č. Xo 12/2011 zo dňa 06. septembra 2011 takto r o z h o d o l : Súd o p r a v u j e zrejmú nesprávnosť v záhlaví Rozsudku Krajského súdu v Banskej Bystrici č.k. 24S/95/2011 - 72 zo dňa 18. mája 2012 tak, že meno ďalšieho účastníka konania pod č. 5 má správne znieť: „F.. Z. U.“ o d ô v o d n e n i e : Rozsudkom č.k. 24S/95/2011 - 72 zo dňa 18. mája 2012 Krajský súd v Banskej Bystrici zamietol žalobu žalobkyne proti rozhodnutiu žalovaného Katastrálneho úradu v Banskej Bystrici, Nám. Ľ. Štúra 1, 974 05 Banská Bystrica č. Xo 12/2011 zo dňa 06. septembra 2011, ktorým žalovaný potvrdil rozhodnutie prvostupňového správneho orgánu Správy katastra Veľký Krtíš č. X 215/2010 zo dňa 16. mája 2011, ktorým prvostupňový správny orgán nevyhovel konaniu o oprave chyby v katastrálnom operáte týkajúcej sa zápisu dedičského konania č. D 164/92-25 a návrh zamietol. Podľa § 246c ods. 1 prvá veta Občianskeho súdneho poriadku (ďalej len „O.s.p.“) pre riešenie otázok, ktoré nie sú priamo upravené v tejto časti, sa použijú primerane ustanovenia prvej, tretej a štvrtej časti tohto zákona.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 záhlaví Rozsudku č.k. 24S/95/2011 - 72 zo dňa 18. mája 2012, ktorým Krajský súd v Banskej Bystrici zamietol žalobu žalobcu proti rozhodnutiu žalovaného Katastrálneho úradu v Banskej Bystrici, Nám. Ľ. Štúra 1, 974 05 Banská Bystrica č. Xo 12/2011 zo dňa 06. septembra 2011, sa jedná o zrejmú nesprávnosť, keď je v ňom uvedené meno ďalšieho účastníka pod č. 5 F.. Z. U.. V predmetnej veci bol ďalším účastníkom konania F.. Z. U.. Správne má preto meno ďalšieho účastníka konania pod č. 5 v záhlaví uvedeného Rozsudku Krajského súdu v Banskej Bystrici znieť: „F.. Z. U.“. Na základe uvedených skutočností bola preto podľa § 164 O.s.p. vykonaná oprava záhlavia Rozsudku tunajšieho súdu č.k. 24S/95/2011 - 72 zo dňa 18. mája 2012 týmto opravným uznesením tak, že správne meno ďalšieho účastníka konania pod č. 5 znie F.. Z. U.. Poučenie: Proti tomuto rozhodnutiu je možné podať odvolanie do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https://www.kauzis.sk/judikatura/r/ECLI:SK:KSBB:2012:6011201012.2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