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21Sd/246/2011 z 31. 1. 2012</w:t>
      </w:r>
    </w:p>
    <w:p>
      <w:r>
        <w:t>Uznesenie Krajského súdu Banská Bystrica z 31. januára 2012, sp. zn. 21Sd/246/2011, ECLI:SK:KSBB:2012:6011201023.2</w:t>
      </w:r>
    </w:p>
    <w:p>
      <w:r>
        <w:t>Súd: Krajský súd Banská Bystrica</w:t>
      </w:r>
    </w:p>
    <w:p>
      <w:r>
        <w:t>Spisová značka: 21Sd/246/2011</w:t>
      </w:r>
    </w:p>
    <w:p>
      <w:r>
        <w:t>ECLI: ECLI:SK:KSBB:2012:6011201023.2</w:t>
      </w:r>
    </w:p>
    <w:p>
      <w:r>
        <w:t>Dátum vydania: 31. 1.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21Sd/246/2011 Identifikačné číslo súdneho spisu: 6011201023 Dátum vydania rozhodnutia: 01. 02. 2012 Meno a priezvisko sudcu, VSÚ: JUDr. Eva Valenčíková ECLI: ECLI:SK:KSBB:2012:6011201023.2 Uznesenie Krajský súd v Banskej Bystrici v právnej veci navrhovateľky: M. I., G. XXXX, K. I. XX/XX, O. proti odporkyni: Sociálna poisťovňa, ústredie v Bratislave, ul. 29. augusta č. 8 Bratislava o preskúmanie rozhodnutia o zamietnutí žiadosti o invalidný dôchodok takto r o z h o d o l : Súd konanie z a s t a v u j e. Navrhovateľke náhradu trov konania nepriznáva. o d ô v o d n e n i e : Navrhovateľka podaným opravným prostriedkom napadla vecnú správnosť a zákonnosť rozhodnutia odporkyne č. XXX XXX XXXX X zo dňa XX.X.XXXX, ktorým podľa § 70 a § 71 zákona č. 461/2003 Z.z. o sociálnom poistení v znení neskorších predpisov zamietla žiadosť navrhovateľky o invalidný dôchodok zo dňa 5.4.2011. Súd prejednal vec na pojednávaní dňa 1.2.2012 za účasti účastníkov konania. Z predložených listinných dôkazov súd zistil, že odporkyňa rozhodnutím č. XXX XXX XXXX X zo dňa XX.XX.XXXX podľa § 112 ods. 1 zákona č. 461/2003 Z.z. o sociálnom poistení zrušila opravným prostriedkom navrhovateľky napadnuté rozhodnutie a rozhodnutím č. XXX XXX XXXX X zo dňa XX.XX.XXXX podľa § 70 ods. 1, § 255 ods. 1 a § 82 zákona č. 461/2003 Z.z. o sociálnom poistení v znení neskorších predpisov priznala navrhovateľke od 5.4.2011 invalidný dôchodok v sume XXX,XX EUR mesačne. Navrhovateľka na pojednávaní s novým rozhodnutím súhlasila. Odporkyňa na pojednávaní z dôvodu, že opravnému prostriedku navrhovateľky bolo vyhovené, navrhla konanie zastaviť. Podľa § 250l ods. 1, 2 O.s.p. podľa ustanovení tejto hlavy sa postupuje v prípadoch, v ktorých zákon zveruje súdom rozhodovanie o opravných prostriedkoch proti neprávoplatným rozhodnutiam správnych orgánov. Pokiaľ v tejto hlave nie je ustanovené inak, použije sa primerane ustanovenie druhej hlavy s výnimkou § 250a. Podľa § 250m ods. 1, 3 O.s.p. konanie sa začína na návrh, ktorým je opravný prostriedok proti rozhodnutiu správneho orgánu. Účastníkmi konania sú tí, ktorí nimi sú v konaní na správnom orgáne, a správny orgán, ktorého rozhodnutie sa preskúmava. Podľa § 250o O.s.p. ak správny orgán, ktorého rozhodnutie súd preskúmava, vydá nové rozhodnutie, ktorým návrhu celkom vyhovie, súd uznesením konanie zastaví. Súd po preskúmaní veci dospel k záveru, že keďže odporkyňa o opravnom prostriedku navrhovateľky proti rozhodnutiu o zamietnutí žiadosti o invalidný dôchodok rozhodla tak, že vydala nové rozhodnutie, ktorým žiadosti navrhovateľky v celom rozsahu vyhovela, sú splnené podmienky pre zastavenie konania podľa § 250o O.s.p. Z tohto dôvodu súd rozhodol tak, ako je vo výrokovej časti tohto uznesenia uvedené. O trovách konania súd rozhodol podľa § 250k ods. 1 O.s.p. v spojení s § 250l ods. 2 O.s.p.. Navrhovateľka bola v konaní úspešná, trovy konania si však neuplatnila, preto súd vyslovil, že jej náhradu trov konania nepriznáva. Poučenie: Proti tomuto uzneseniu je prípustné odvolanie do 15 dní odo dňa jeho doručenia, písomne vo dvoch vyhotoveniach, prostredníctvom konajúceho súdu na Najvyšší súd SR v Bratislave. V odvolaní sa má popri všeobecných náležitostiach /§ 42 ods. 3 O.s.p./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https://www.kauzis.sk/judikatura/r/ECLI:SK:KSBB:2012:6011201023.2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