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20Sd/258/2011 z 9. 4. 2012</w:t>
      </w:r>
    </w:p>
    <w:p>
      <w:r>
        <w:t>Rozsudok Krajského súdu Banská Bystrica z 9. apríla 2012, sp. zn. 20Sd/258/2011, ECLI:SK:KSBB:2012:6011201073.3</w:t>
      </w:r>
    </w:p>
    <w:p>
      <w:r>
        <w:t>Súd: Krajský súd Banská Bystrica</w:t>
      </w:r>
    </w:p>
    <w:p>
      <w:r>
        <w:t>Spisová značka: 20Sd/258/2011</w:t>
      </w:r>
    </w:p>
    <w:p>
      <w:r>
        <w:t>ECLI: ECLI:SK:KSBB:2012:6011201073.3</w:t>
      </w:r>
    </w:p>
    <w:p>
      <w:r>
        <w:t>Dátum vydania: 9. 4. 2012</w:t>
      </w:r>
    </w:p>
    <w:p>
      <w:r>
        <w:t>Forma: Rozsudok</w:t>
      </w:r>
    </w:p>
    <w:p>
      <w:r>
        <w:t>Oblasť práva: Správne právo</w:t>
      </w:r>
    </w:p>
    <w:p>
      <w:pPr>
        <w:pStyle w:val="Heading2"/>
      </w:pPr>
      <w:r>
        <w:t>Text rozhodnutia</w:t>
      </w:r>
    </w:p>
    <w:p>
      <w:r>
        <w:t>Súd: Krajský súd Banská Bystrica Spisová značka: 20Sd/258/2011 Identifikačné číslo súdneho spisu: 6011201073 Dátum vydania rozhodnutia: 10. 04. 2012 Meno a priezvisko sudcu, VSÚ: JUDr. Jarmila Badíková ECLI: ECLI:SK:KSBB:2012:6011201073.3 ROZSUDOK V MENE SLOVENSKEJ REPUBLIKY Krajský súd v Banskej Bystrici v konaní samosudkyňou JUDr. Jarmilou Badíkovou v právnej veci navrhovateľky G. E., nar. X. B. XXXX, bytom F. XXX, XXX XX D. proti odporkyni Sociálnej poisťovni, ústredie, Ul. 29. augusta č. 8, 813 63 Bratislava, o preskúmanie rozhodnutia o zamietnutí invalidného dôchodku takto r o z h o d o l : Rozhodnutie odporkyne č. 605 401 6078 zo dňa 23. augusta 2011 potvrdzuje. Navrhovateľke nepriznáva právo na náhradu trov konania. o d ô v o d n e n i e : Odporkyňa rozhodnutím č. 605 401 6078 zo dňa 23. augusta 2011 zamietla žiadosť navrhovateľky o priznanie invalidného dôchodku s odôvodnením, že nie je invalidná podľa § 70 a § 71 ods. 1 zák. č. 461/2003 Z.z. o sociálnom poistení, pretože podľa posudku posudkového lekára Sociálnej poisťovne, pobočka Lučenec zo dňa 8. augusta 2011 nemá pre dlhodobo nepriaznivý zdravotný stav pokles schopnosti vykonávať zárobkovú činnosť o viac ako 40 % v porovnaní so zdravou fyzickou osobou. Posudkový lekár stanovil mieru poklesu schopnosti vykonávať zárobkovú činnosť u navrhovateľky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Navrhovateľka podala proti tomuto rozhodnutiu v zákonom stanovenej lehote návrh na preskúmanie s odvolaním sa na svoj nepriaznivý zdravotný stav a žiadala o jeho prehodnotenie. Odporkyňa v písomnom stanovisku zo dňa 8. decembra 2011 uviedla právne a skutkové dôvody, pre ktoré žiadala napadnuté rozhodnutie potvrdiť ako vecne správne. Krajský súd preskúmal napadnuté rozhodnutie na pojednávaní dňa 7. februára 2012 v neprítomnosti navrhovateľky, vypočul odporkyňu a pojednávanie odročil za účelom opätovného posúdenia zdravotného stavu navrhovateľky, ktorá sa podrobila operácii krčnej chrbtice a zaslala súdu nové lekárske nálezy. Odporkyňa na pojednávaní žiadala napadnuté rozhodnutie potvrdiť ako vecne správne. Poukázala na posudky posudkových lekárov jednak na pobočke, ako aj na posudok posudkového lekára ústredia v Banskej Bystrici zo dňa 22. novembra 2011, ktorí podrobne zhodnotili zdravotný stav navrhovateľky so záverom, že nie je invalidná, lebo jej miera poklesu schopnosti vykonávať zárobkovú činnosť je 30 %. Súčasne poukázala aj na písomné stanovisko Sociálnej poisťovne k veci zo dňa 8. decembra 2011. Krajský súd preskúmal napadnuté rozhodnutie, ako aj postup, ktorý predchádzal jeho vydaniu opätovne na pojednávaní dňa 10. apríla 2012 v zmysle § 250l O.s.p., oboznámil sa s pripojenými listinnými dôkazmi, vec prejednal v neprítomnosti navrhovateľky, vypočul odporkyňu a dospel k záveru, že opravnému prostriedku navrhovateľky nie je možné vyhovieť. Súd ospravedlnil neprítomnosť navrhovateľky na pojednávaní a pri rozhodovaní vo veci prihliadol na dôvody uvedené v opravnom prostriedku. Odporkyňa na pojednávaní žiadala napadnuté rozhodnutie z 23. augusta 2011 potvrdiť ako vecne správne. Poukázala na predchádzajúce posudky posudkových lekárov jednak na pobočke, ako aj na ústredí, ale hlavne na doplňujúci posudok, ktorý bol vypracovaný na základe požiadavky súdu, a to posudok posudkového lekára ústredia v Banskej Bystrici zo dňa 7. marca 2012, ktorý potvrdil predchádzajúce posudky s tým, že pokiaľ ide o operáciu krčnej chrbtice, ktorej sa navrhovateľka podrobila prednedávnom, tak tento stav podľa názoru posudkového lekára nespĺňa kritériá dlhodobo nepriaznivého zdravotného stavu a v súčasnosti vyžaduje len dočasnú práceneschopnosť, ale v prípade pretrvávania neurologického deficitu je možno potom tento stav prehodnotiť s odstupom času. Podľa § 71 ods. 1 zák. č. 461/2003 Z.z. o sociálnom poistení poistenec je invalidný, ak pre dlhodobo nepriaznivý zdravotný stav má pokles schopnosti vykonávať zárobkovú činnosť o viac ako 40 %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Podľa odseku 3 citovaného ustanovenia prvej vety pokles schopnosti vykonávať zárobkovú činnosť sa posudzuje porovnaním telesnej, duševnej a zmyslovej schopnosti poistenca s dlhodobo nepriaznivým zdravotným stavom a telesnej, duševnej a zmyslovej schopnosti zdravej fyzickej osoby. Podľa odseku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Podľa odseku 7 citovaného ustanovenia jednotlivé percentuálne miery poklesu schopnosti vykonávať zárobkovú činnosť sa nesčítavajú. Percentuálna miera poklesu zárobkovej činnosti podľa druhu zdravotného poistenia orgánov a systémov je uvedená v prílohe č. 4 k zák.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 Z hľadiska kritérií stanovených pre invaliditu podľa zák. č. 461/2003 Z.z. o sociálnom poistení na základe opravného prostriedku posúdil posudkový lekár sociálneho poistenia, Sociálnej poisťovne - ústredia so sídlom v Banskej Bystrici opätovne zdravotný stav navrhovateľky v posudku z 22. novembra 2011, pričom ako rozhodujúce zdravotné postihnutie uviedol choroby podporného a pohybového aparátu - kapitola XV., dorzopatiu, spondylopatiu - oddiel E, degeneratívne zmeny na chrbtici a medzistavcových platničkách - položka 3, s miernym funkčným postihnutím - písmeno b/ so záverom, že navrhovateľka nie je invalidná podľa § 71 ods. 1 citovaného zákona, pretože pre dlhodobo nepriaznivý zdravotný stav nemá pokles schopnosti vykonávať zárobkovú činnosť o viac ako 40 % v porovnaní so zdravou fyzickou osobou, miera poklesu schopnosti navrhovateľky vykonávať zárobkovú činnosť je 30%. Posudkový lekár v celkovom posudku ďalej uviedol, že u navrhovateľky dominujú niekoľko rokov bolesti chrbtice so zvýraznením od februára 2010, preto v uvedenom roku, ako aj v roku 2011 bola vyšetrená na odborných ambulanciách zaoberajúcich sa pohybovým aparátom. Klinické vyšetrenia sú podložené objektivizujúcimi vyšetreniami, a to predovšetkým MR krčnej chrbtice, kde sú potvrdené degeneratívne zmeny aj s vyklenutím platničky vľavo, ale aj podľa neurochirurgického vyšetrenia bez kompresívnych prejavov a potreby operačného riešenia. EMG vyšetrením HK nebol potvrdený (pri udávaných tŕpnutiach a slabosti rúk) úžinový syndróm (syndróm karpálneho kanála pri útlaku stredového nervu). Rtg na pravom zápästí dokumentuje počínajúce artrotické zmeny ako ľahkú artrózu možno hodnotiť aj MR vyšetrením zistené zmeny na pravom kolene (I. až II. stupňa, denzitometrickým vyšetrením nebola potvrdená osteoporóza aj napriek prítomnej menopauze. Klinické nálezy vykonané na citovaných odborných ambulanciách, ako aj počas hospitalizácie na neurologickom oddelení v júni toho roku, nepreukazujú závažnejšiu poruchu hybnosti, sily alebo trofiky na horných či dolných končatinách, poruchu postoja alebo chôdze. Porucha statiky a dynamiky chrbtice je minimálna, nie je prítomná svalová asymetria - hypotrofia, napínacie manévre sú negatívne. Pridružené ochorenia nie sú takého charakteru, aby odôvodňovali percentuálne zvýšenie - zažívacie ťažkosti po operácii žalúdka nie sú dokumentované, psychické zmeny sú predovšetkým pod obrazom neurasténie, bez psychotických prejavov, spomínanú artrózu kolien možno hodnotiť ako primeranú veku. Týmto posudkom boli potvrdené závery predchádzajúceho posudku posudkového lekára Sociálnej poisťovne, pobočka Lučenec z 8. augusta 2011, ktorý posudok bol podkladom pre vydanie napadnutého rozhodnutia. Posudkový lekár Sociálnej poisťovne, pobočky spísal s navrhovateľkou zápisnicu o ústnom pojednávaní v súlade s § 189 zák. č. 461/2003 Z.z. o sociálnom poistení a navrhovateľka bola informovaná o všetkých skutočnostiach, ktoré sa týkajú posúdenia zdravotného stavu, posudku a miery poklesu schopnosti vykonávať zárobkovú činnosť. Posudkový lekár vyhotovil aj odborný posudok o invalidite. Na základe požiadavky súdu a predložení nových lekárskych nálezov navrhovateľky posudkový lekár Sociálnej poisťovne - ústredia so sídlom v Banskej Bystrici opätovne posúdil zdravotný stav navrhovateľky v posudku zo dňa 7. marca 2012 so záverom, že nie je invalidná podľa § 71 ods. 1 zák. č. 461/2003 Z.z. o sociálnom poistení, pretože miera poklesu schopnosti vykonávať zárobkovú činnosť je u navrhovateľky 30 %. Posudkový lekár v celkovom posudku uviedol, že pri pretrvávaní subjektívnych ťažkostí navrhovateľka sa podrobila dňa 20. januára 2012 mikrochirurgickému zákroku - mikrodisektomia C5/6 s implantáciou náhrady. Celkový priebeh bol bez komplikácií, pooperačne s čiastočným ústupom ťažkostí. V súčasnosti v štádiu rekonvalescencie nemožno stav hodnotiť ako trvalý, nemožno ani hodnotiť výsledok operácie, preto nie je dôvod na zmenu rozhodujúceho ochorenia, a tým aj stanoveného percenta miery poklesu schopnosti vykonávať zárobkovú činnosť. Stav v súčasnosti vyžaduje dočasnú pracovnú neschopnosť, ale z pohľadu pretrvávania prípadného neurologického deficitu je tento stav možno prehodnotiť až s odstupom času. Z tohto dôvodu t. č. nespĺňa kritériá dlhodobo nepriaznivého zdravotného stavu. Podľa ust. § 132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kritériá stanovené zákonom. Krajský súd hodnotil aj posudky posudkových lekárov v zmysle citovaného ustanovenia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 č. 461/2003 Z.z. o sociálnom poistení aj podľa prílohy č. 4 k zák. č. 461/2003 Z.z.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 č. 461/2003 Z.z.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Vzhľadom na závery posudkov ohľadne zdravotného postihnutia navrhovateľky, na skutočnosť, že posudky podali orgány na to určené zákonom, súd dospel k záveru, že zistený skutkový stav u navrhovateľky nespĺňa požiadavky pre priznanie invalidity, a preto napadnuté rozhodnutie odporkyne potvrdil ako vecne správne. Navrhovateľka nepredložila súdu dôkazy, ktoré by spochybnili závery posudkových lekárov a správnosť napadnutého rozhodnutia.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https://www.kauzis.sk/judikatura/r/ECLI:SK:KSBB:2012:6011201073.3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