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21Sd/81/2012 z 5. 6. 2012</w:t>
      </w:r>
    </w:p>
    <w:p>
      <w:r>
        <w:t>Uznesenie Krajského súdu Banská Bystrica z 5. júna 2012, sp. zn. 21Sd/81/2012, ECLI:SK:KSBB:2012:6012200367.1</w:t>
      </w:r>
    </w:p>
    <w:p>
      <w:r>
        <w:t>Súd: Krajský súd Banská Bystrica</w:t>
      </w:r>
    </w:p>
    <w:p>
      <w:r>
        <w:t>Spisová značka: 21Sd/81/2012</w:t>
      </w:r>
    </w:p>
    <w:p>
      <w:r>
        <w:t>ECLI: ECLI:SK:KSBB:2012:6012200367.1</w:t>
      </w:r>
    </w:p>
    <w:p>
      <w:r>
        <w:t>Dátum vydania: 5. 6.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21Sd/81/2012 Identifikačné číslo súdneho spisu: 6012200367 Dátum vydania rozhodnutia: 06. 06. 2012 Meno a priezvisko sudcu, VSÚ: JUDr. Eva Valenčíková ECLI: ECLI:SK:KSBB:2012:6012200367.1 Uznesenie Krajský súd v Banskej Bystrici v právnej veci navrhovateľky: M. K., nar. XX. F. XXXX, bytom R. XX, XXX XX B. proti odporkyni: Sociálna poisťovňa, ústredie v Bratislave, ul. 29. augusta č. 8 Bratislava o preskúmanie rozhodnutia o priznaní invalidného dôchodku takto r o z h o d o l : Súd konanie z a s t a v u j e. Navrhovateľke náhradu trov konania nepriznáva. o d ô v o d n e n i e : Navrhovateľka podaným návrhom napadla rozhodnutie odporkyne č. 855 313 8583 zo dňa 8.2.2012, ktorým podľa § 70 ods. 1 a § 82 zákona č. 461/2003 Z.z. o sociálnom poistení v znení neskorších predpisov priznala navrhovateľke od 17.1.2012 invalidný dôchodok v sume 117,00 EUR mesačne. Súd prejednal vec na pojednávaní dňa 6.6.2012 bez účasti navrhovateľky, ktorá sa k veci písomne vyjadrila. Z predložených listinných dôkazov súd zistil, že odporkyňa rozhodnutím č. 855 313 8583 0 zo dňa 17.5.2012 podľa § 112 ods. 1 zákona č. 461/2003 Z.z. o sociálnom poistení zrušila opravným prostriedkom navrhovateľky napadnuté rozhodnutie a rozhodnutím toho istého čísla zo dňa 16.5.2012 podľa § 70 ods. 1 a § 82 zákona č. 461/2003 Z.z. o sociálnom poistení v znení neskorších predpisov od 17.1.2012 priznal navrhovateľke invalidný dôchodok v sume 233,80 EUR mesačne. Navrhovateľka podaním, ktoré došlo súdu 23.5.2012 navrhla konanie zastaviť z dôvodu, že jej opravnému prostriedku bolo vyhovené. Odporkyňa na pojednávaní navrhla konanie zastaviť z dôvodu, že opravnému prostriedku navrhovateľky vyhoveli v celom rozsahu. Podľa § 250l ods. 1, 2 O.s.p. podľa ustanovení tejto hlavy sa postupuje v prípadoch, v ktorých zákon zveruje súdom rozhodovanie o opravných prostriedkoch proti neprávoplatným rozhodnutiam správnych orgánov. Pokiaľ v tejto hlave nie je ustanovené inak, použije sa primerane ustanovenie druhej hlavy s výnimkou § 250a. Podľa § 250m ods. 1, 3 O.s.p. konanie sa začína na návrh, ktorým je opravný prostriedok proti rozhodnutiu správneho orgánu. Účastníkmi konania sú tí, ktorí nimi sú v konaní na správnom orgáne, a správny orgán, ktorého rozhodnutie sa preskúmava. Podľa § 250o O.s.p. ak správny orgán, ktorého rozhodnutie súd preskúmava, vydá nové rozhodnutie, ktorým návrhu celkom vyhovie, súd uznesením konanie zastaví. Súd po preskúmaní veci dospel k záveru, že keďže odporkyňa o opravnom prostriedku navrhovateľky proti rozhodnutiu o priznaní invalidného dôchodku rozhodla tak, že vydala nové rozhodnutie, ktorým opravnému prostriedku v celom rozsahu vyhovela, sú splnené podmienky pre zastavenie konania podľa § 250o O.s.p. Z tohto dôvodu súd rozhodol tak, ako je vo výrokovej časti tohto uznesenia uvedené. O trovách konania súd rozhodol podľa § 250k ods. 1 O.s.p. v spojení s § 250l ods. 2 O.s.p.. Navrhovateľka bola v konaní úspešná, trovy konania si však neuplatnila, preto súd vyslovil, že jej náhradu trov konania nepriznáva. Poučenie: Proti tomuto uzneseniu je prípustné odvolanie do 15 dní odo dňa jeho doručenia, písomne vo dvoch vyhotoveniach, prostredníctvom konajúceho súdu na Najvyšší súd SR v Bratislave. V odvolaní sa má popri všeobecných náležitostiach /§ 42 ods. 3 O.s.p./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https://www.kauzis.sk/judikatura/r/ECLI:SK:KSBB:2012:6012200367.1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