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23S/79/2012 z 20. 9. 2012</w:t>
      </w:r>
    </w:p>
    <w:p>
      <w:r>
        <w:t>Uznesenie Krajského súdu Banská Bystrica z 20. septembra 2012, sp. zn. 23S/79/2012, ECLI:SK:KSBB:2012:6012200709.2</w:t>
      </w:r>
    </w:p>
    <w:p>
      <w:r>
        <w:t>Súd: Krajský súd Banská Bystrica</w:t>
      </w:r>
    </w:p>
    <w:p>
      <w:r>
        <w:t>Spisová značka: 23S/79/2012</w:t>
      </w:r>
    </w:p>
    <w:p>
      <w:r>
        <w:t>ECLI: ECLI:SK:KSBB:2012:6012200709.2</w:t>
      </w:r>
    </w:p>
    <w:p>
      <w:r>
        <w:t>Dátum vydania: 20. 9. 2012</w:t>
      </w:r>
    </w:p>
    <w:p>
      <w:r>
        <w:t>Forma: Uznesenie</w:t>
      </w:r>
    </w:p>
    <w:p>
      <w:pPr>
        <w:pStyle w:val="Heading2"/>
      </w:pPr>
      <w:r>
        <w:t>Text rozhodnutia</w:t>
      </w:r>
    </w:p>
    <w:p>
      <w:r>
        <w:t>Súd: Krajský súd Banská Bystrica Spisová značka: 23S/79/2012 Identifikačné číslo súdneho spisu: 6012200709 Dátum vydania rozhodnutia: 21. 09. 2012 Meno a priezvisko sudcu, VSÚ: JUDr. Milan Segeč ECLI: ECLI:SK:KSBB:2012:6012200709.2 Uznesenie Krajský súd v Banskej Bystrici v právnej veci žalobcu: Kúpele Brusno, a.s., Kúpeľná 1/2, 976 62 Brusno, IČO: 31 642 314, zast. ATTORNEYS GROUP s.r.o., Kláry Jarunkovej 2, 974 01 Banská Bystrica, IČO: 36 836 998, proti žalovanému: Finančné riaditeľstvo Slovenskej republiky, Lazovná ulica 63, 975 01 Banská Bystrica, o preskúmanie zákonnosti rozhodnutia žalovaného č. 1020501/1/885219/2012 zo dňa 23.04.2012, takto r o z h o d o l : Predseda senátu odkladá vykonateľnosť rozhodnutia žalovaného č.1020501/1/885219/2012 zo dňa 23.04.2012 ako aj rozhodnutia Daňového úradu Banská Bystrica I. č.651/230/81845/11/Mal zo dňa 24.11.2011 do právoplatného skončenia konania o preskúmanie zákonnosti uvedených rozhodnutí, vedeného tunajším súdom pod sp. zn. 23S/79/2012. o d ô v o d n e n i e : Prvostupňový správny orgán Daňový úrad Banská Bystrica I., v rámci výkonu daňovej kontroly u žalobcu, vydal dňa 15.06.2010 dodatočný platobný výmer č. 651/230/40304/10/Mal, ktorým žalobcovi ako platiteľovi dane z pridanej hodnoty vyrubil rozdiel dane z pridanej hodnoty za zdaňovacie obdobie september 2008 v sume 227.046,40-Eur. V nadväznosti na uvedené Daňový úrad Banská Bystrica I. vydal dňa 24.11.2011 rozhodnutie č.651/230/81845/11/Mal, ktorým uložil žalobcovi pokutu vo výške 22.704,60-Eur, a to zo súčtu vlastnej daňovej povinnosti zistenej správcom dane a nadmerného odpočtu uvedeného v daňovom priznaní za zdaňovacie obdobie september 2008. Proti rozhodnutiu o uložení pokuty podal žalobca odvolanie. Druhostupňový správny orgán- Finančné riaditeľstvo Slovenskej republiky (ktoré v zmysle zákona č.333/2011 Z.z. o orgánoch štátnej správy v oblasti daní, poplatkov a colníctva, účinného od 01.01.2012, nahradilo dovtedy existujúce Daňové riaditeľstvo Slovenskej republiky) vydal dňa 23.04.2012 rozhodnutie č.1020501/1/885219/2012, ktorým napadnuté rozhodnutie potvrdil. Žalobca prostredníctvom právneho zástupcu podal proti rozhodnutiu druhostupňového správneho orgánu žalobu, doručenú tunajšiemu súdu dňa 03.08.2012. V žalobe napáda rozhodnutie žalovaného č. 1020501/1/885219/2012 zo dňa 23.04.2012 ako aj konanie a rozhodnutia, ktoré mu predchádzali v celom rozsahu. Rozhodnutie žalovaného č. 1020501/1/885219/2012 zo dňa 23.04.2012 (ďalej len ako „žalobou napadnuté rozhodnutie“) v spojení s rozhodnutím Daňového úradu Banská Bystrica I. č.651/230/81845/11/Mal zo dňa 24.11.2011 (ďalej len ako „rozhodnutie prvostupňového správneho orgánu o uložení pokuty“) považuje za nepreskúmateľné a nezákonné. Poukazuje najmä na vykonanie daňovej kontroly miestne nepríslušným správcom dane, výpočet pokuty v rozpore so zákonom a na ukrátenie žalobcu na jeho právach v dôsledku postupu žalovaného. Žalovaný podal vyjadrenie k žalobe, v ktorom okrem iného uviedol právne dôvody, pre ktoré zotrváva na svojom žalobou napadnutom rozhodnutí. Taktiež uviedol, že dorubená daň bola žalobcom zaplatená. Žalobca v závere žaloby požiadal súd v zmysle § 250c ods.1 Občianskeho súdneho poriadku (ďalej len ako „O.s.p.“) o odklad vykonateľnosti nielen žalobou napadnutého rozhodnutia, ale aj rozhodnutia prvostupňového správneho orgánu o uložení pokuty dôvodiac, že okamžitým výkonom rozhodnutia prvostupňového správneho orgánu o uložení pokuty mu hrozí vznik závažnej ujmy spočívajúcej v tom, že žalovaný by bez odkladu vykonateľnosti rozhodnutia prvostupňového správneho orgánu o uložení pokuty postupoval v zmysle žalobou napadnutého rozhodnutia a vymáhal by uloženú pokutu, pričom finančné prostriedky žalobcu aj bez uloženej sankcie nepostačujú ani na úhradu bežných prevádzkových nákladov žalobcu. Podľa § 250c ods. 1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Súd sa oboznámil s tvrdením žalobcu, s obsahom správneho spisu a predseda senátu rozhodol tak, ako je to uvedené vo výrokovej časti tohto uznesenia, že vykonateľnosť žalobou napadnutého rozhodnutia a rozhodnutia prvostupňového správneho orgánu o uložení pokuty odložil až do právoplatného skončenia konania, vedeného tunajším súdom pod sp. zn. 23S/79/2012. Nakoľko bola žalobcovi uložená povinnosť zaplatiť pokutu v nemalej sume, a tým by žalobcovi skutočne hrozila závažná ujma, súd rozhodol tak, ako je uvedené vo výrokovej časti tohto uznesenia. Poučenie: Proti tomuto uzneseniu nie je prípustné odvolanie.</w:t>
      </w:r>
    </w:p>
    <w:p/>
    <w:p>
      <w:r>
        <w:t>Zdroj: KAUZIS.SK – https://www.kauzis.sk/judikatura/r/ECLI:SK:KSBB:2012:6012200709.2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