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23Sp/12/2012 z 5. 12. 2012</w:t>
      </w:r>
    </w:p>
    <w:p>
      <w:r>
        <w:t>Rozsudok Krajského súdu Banská Bystrica z 5. decembra 2012, sp. zn. 23Sp/12/2012, ECLI:SK:KSBB:2012:6012200891.2</w:t>
      </w:r>
    </w:p>
    <w:p>
      <w:r>
        <w:t>Súd: Krajský súd Banská Bystrica</w:t>
      </w:r>
    </w:p>
    <w:p>
      <w:r>
        <w:t>Spisová značka: 23Sp/12/2012</w:t>
      </w:r>
    </w:p>
    <w:p>
      <w:r>
        <w:t>ECLI: ECLI:SK:KSBB:2012:6012200891.2</w:t>
      </w:r>
    </w:p>
    <w:p>
      <w:r>
        <w:t>Dátum vydania: 5. 12. 2012</w:t>
      </w:r>
    </w:p>
    <w:p>
      <w:r>
        <w:t>Forma: Rozsudok</w:t>
      </w:r>
    </w:p>
    <w:p>
      <w:r>
        <w:t>Oblasť práva: Správne právo</w:t>
      </w:r>
    </w:p>
    <w:p>
      <w:pPr>
        <w:pStyle w:val="Heading2"/>
      </w:pPr>
      <w:r>
        <w:t>Text rozhodnutia</w:t>
      </w:r>
    </w:p>
    <w:p>
      <w:r>
        <w:t>Súd: Krajský súd Banská Bystrica Spisová značka: 23Sp/12/2012 Identifikačné číslo súdneho spisu: 6012200891 Dátum vydania rozhodnutia: 06. 12. 2012 Meno a priezvisko sudcu, VSÚ: JUDr. Milan Segeč ECLI: ECLI:SK:KSBB:2012:6012200891.2 ROZSUDOK V MENE SLOVENSKEJ REPUBLIKY Krajský súd v Banskej Bystrici, rozhodujúc samosudcom JUDr. Milanom Segečom, v právnej veci navrhovateľa: P. X., nar. XX.XX.XXXX, trvale bytom S. XXX, G. Y., proti odporcovi: Banskobystrický samosprávny kraj, Nám. SNP 23, 974 01 Banská Bystrica, o preskúmanie zákonnosti rozhodnutia odporcu č. 7074/2012/ODDSS-002 zo dňa 23.07.2012, takto r o z h o d o l : I./ Krajský súd rozhodnutie odporcu č. 7074/2012/ODDSS-002 zo dňa 23. júla 2012 p o t v r d z u j e . II./ Navrhovateľovi sa náhrada trov konania nepriznáva. o d ô v o d n e n i e : Na úrad Banskobystrického samosprávneho kraja - odporcu, bola dňa 28.06.2012 doručená žiadosť o posúdenie odkázanosti na sociálnu službu navrhovateľa Vojtecha Baloga. Napadnutým rozhodnutím odporcu zo dňa 23.07.2012 bolo rozhodnuté tak, že pán P. X., nar. XX.XX.XXXX, trvale bytom S. XXX, G. Y., nie je odkázaný na sociálnu službu poskytovanú v domove sociálnych služieb. Rozhodnutie bolo v podstate odôvodnené tým, že na základe sociálneho a lekárskeho posudku bol vyhotovený posudok o odkázanosti na sociálnu službu zo dňa 23.07.2012, podľa ktorého je navrhovateľ zaradený v zmysle prílohy č. 3 zákona č. 448/2008 Z.z. o sociálnych službách do IV. stupňa odkázanosti fyzickej osoby na pomoc inej fyzickej osoby. Navrhovateľ nie je odkázaný na sociálnu službu poskytovanú v domove sociálnych služieb. Podľa § 38 zákona sa v domove sociálnych služieb poskytuje sociálna služba fyzickej osoby, ktorá je odkázaná na pomoc inej osoby a jej stupeň odkázanosti je najmenej V. podľa prílohy č. 3, alebo fyzickej osobe, ktorá je nevidiaca alebo prakticky nevidiaca a jej stupeň odkázanosti je najmenej III. podľa prílohy č. 3. Proti rozhodnutiu odporcu podal v zákonnej lehote opravný prostriedok navrhovateľ, v ktorom žiadal prehodnotiť opätovne jeho zdravotný stav, rozhodnutie a aj posudok. Navrhovateľ v dôvodoch uviedol, že dňa 04.07.2012, keď bolo robené šetrenie v jeho domácnosti, nebol prítomný, bol hospitalizovaný, takže posudok o odkázanosti je nereálny, pretože sociálna pracovníčka nemohla reálne posúdiť odkázanosť navrhovateľa počas jeho neprítomnosti. Navrhovateľ trpí tachykardiou a má implantovaný komorový ICD, týždenne je opakovane hospitalizovaný pre kardiálnu dekompenzáciu , taktiež je liečený na chronickú TIN v štádiu počiatku RI. Má dlhodobo amputovanú pravú dolnú končatinu v stehne, vie sa pohybovať len s pomocou invalidného vozíka za pomoci druhej osoby. V oblasti osobnej hygieny nie je samostatný, čo sa uvádza opačne v rozhodnutí. Vyžaduje celodenný dohľad a úplnú pomoc inej osoby pri každodenných úlohách ako sú: stavovanie, vyprázdňovanie, zmena polohy, pri holení, pri kúpeli, pohybe po schodoch a dodržiavaní liečebného režimu. Pri úkonoch starostlivosti o domácnosť a základných sociálnych aktivitách si vyžaduje úplnú pomoc. Jeho zdravotný stav sa rapídne zhoršuje, o čom dokladá prepúšťacie správy a vyšetrenia. Nesúhlasil so zaradením do IV. stupňa odkázanosti na sociálnu službu, nakoľko aj laicky posúdený jeho zdravotný stav je závažnejší. K opravnému prostriedku navrhovateľa podal vyjadrenie odporca, v ktorom navrhoval napadnuté rozhodnutie v celom rozsahu potvrdiť. K veci ďalej uviedol, že zaradenie do domova sociálnych služieb sa poskytuje fyzickej osobe, ktorá je odkázaná na pomoc inej fyzickej osoby a jej stupeň odkázanosti je najmenej V. Navrhovateľ bol zaradený do stupňa odkázanosti IV. pokiaľ ide o pomoc inej fyzickej osoby. Sociálne šetrenie vykonávala sociálna pracovníčka BBSK priamo v mieste bydliska navrhovateľa v G. Y.. V čase šetrenia bol navrhovateľ hospitalizovaný. Pri šetrení bol však prítomný jeho vnuk, ktorý s navrhovateľom žije v spoločnej domácnosti a opatruje ho v spoločnej domácnosti, ktorý vedel ohľadom navrhovateľa všetky relevantné informácie. Na základe sociálneho šetrenia bol vypracovaný dňa 11.07.2012 sociálny posudok, ktorý je výsledkom sociálnej posudkovej činnosti. Sociálne šetrenie a sociálny posudok dáva obraz len o prostredí, v ktorom navrhovateľ žije a nie o zdravotnom stave. Navrhovateľ býva v rodinnom dome, kde má svoju vlastnú časť. Zo sebaobslužných úkonov žiadateľ zvláda samostatne osobnú hygienu, pri holení, strihaní nechtov a v celkovom kúpeli potrebuje pomoc. Stravu si nedokáže pripraviť sám, ale pri jedení a pití je samostatný. V oblasti vyprázdňovania potrebuje menšiu pomoc, rovnako pri vyzliekaní a obliekaní. Potrebuje čiastočný dohľad. Pri úkonoch starostlivosti o svoju domácnosť je žiadateľ úplne odkázaný na pomoc. K lekárovi chodí sanitkou, alebo lekár príde k nemu domov. Pri iných sociálnych aktivitách je odkázaný na pomoc. Žiadosť si podal sám, rodinný príslušníci o žiadosti nevedeli. Nie je úlohou sociálnej posudkovej činnosti posudzovať zdravotný stav navrhovateľa. Sociálna posudková činnosť je v zmysel § 50 ods. 1 zákona o sociálnych službách posudzovanie individuálnych predpokladov fyzickej osoby, rodinného prostredia fyzickej osoby a prostredia, ktoré ovplyvňuje začlenenie fyzickej osoby do spoločnosti. Je pravdou, že navrhovateľ má amputovanú pravú dolnú končatinu, ale s týmto zdravotným postihnutím bol schopný navrhovateľ žiť už 40 rokov. Pokiaľ navrhovateľ predložil po vydaní rozhodnutia ďalšie lekárske nálezy, tieto na rozhodnutie vydané pred dátumom vyhotovenia lekárskych správ nemajú vplyv. V prípade, že bude v budúcnosti preukázané zhoršenie zdravotného stavu, nič nebráni navrhovateľovi, aby si podal novú žiadosť a aby bol znovu posúdený jeho zdravotný stav a aj jeho zaradenie do príslušného stupňa odkázanosti. Krajský súd preskúmal opravným prostriedkom napadnuté rozhodnutie a postup správneho orgánu - odporcu a po preskúmaní veci dospel k záveru, že k času vydania napadnutého rozhodnutia nebolo na strane správneho orgánu zistené také porušenie zákona, ktoré by malo mať za následok zrušenie napadnutého rozhodnutia, preto súd napadnuté rozhodnutie podľa § 250q ods. 2 O.s.p. potvrdil. Zo správneho spisu mal súd preukázané, že navrhovateľ si podal žiadosť na úrad Banskobystrického samosprávneho kraja o posúdenie odkázanosti na sociálnu službu dňa 28.06.2012. V súvislosti s podanou žiadosťou bolo vykonané sociálne šetrenie zamestnancom úradu Banskobystrického samosprávneho kraja dňa 04.07.2012. V uvedený deň 04.07.2012 bol spracovaný dotazník na zistenie znevýhodnenia fyzickej osoby s ťažkým zdravotným postihnutím alebo s nepriaznivým zdravotným stavom a dňa 11.07.2012 bol spracovaný sociálny posudok v zmysle § 50 zákona č. 448/2008 Z.z. Dňa 16.07.2012 bol spracovaný lekársky posudok v zmysle § 49 zákona č. 448/2008 Z.z., na základe ktorého bol stanovený celkový počet bodov a stupeň odkázanosti IV. Dňa 23.07.2012 bol spracovaný posudok o odkázanosti na sociálnu službu podľa § 51 zákona č. 448/2008 Z.z., podľa záverov lekárskeho posudku a sociálneho posudku bol navrhovateľ zaradený do stupňa odkázanosti IV. v zmysle prílohy 3.B. zákona č. 448/2008 Z.z. o sociálnych službách a o zmene a doplnení niektorých zákonov. Podľa § 38 zákona č. 448/2008 Z.z., v domove sociálnych služieb sa poskytuje sociálna služba fyzickej osobe, ktorá je odkázaná na pomoc inej fyzickej osoby a jej stupeň odkázanosti je najmenej V. podľa prílohy č. 3, alebo fyzickej osobe, ktorá je nevidiaca alebo prakticky nevidiaca a jej stupeň odkázanosti je najmenej III. podľa prílohy č. 3. Pre posúdenie odkázanosti na sociálnu službu je rozhodujúci predovšetkým lekársky posudok, ktorý posudzuje vec po odbornej stránke z hľadiska medicínskeho. Je nesporné, že v čase vydania napadnutého rozhodnutia bol navrhovateľ zaradení podľa stupňa odkázanosti do stupňa IV. V čase rozhodovania teda nespĺňal podmienky pre zaradenie do domova sociálnych služieb. Podľa § 250i ods. 1 O.s.p., pri preskúmavaní zákonnosti rozhodnutia je pre súd rozhodujúci skutkový stav, ktorý tu bol v čase vydania napadnutého rozhodnutia. V čase vydania napadnutého rozhodnutia bol navrhovateľ zaradený do stupňa odkázanosti IV. Pokiaľ navrhovateľ v odvolaní poukazoval na to, že jeho zdravotný stav sa neustále zhoršuje, a že aj na základe pripojených lekárskych nálezov by mal byť zaradený do vyššieho stupňa odkázanosti, k tomu súd uvádza, že v prípade, že odo dňa vydania napadnutého rozhodnutia došlo k podstatnému zhoršeniu zdravotného stavu, nič nebráni navrhovateľovi v tom, aby si navrhovateľ podal novú žiadosť na zaradenie do príslušného stupňa odkázanosti, nakoľko rozhodnutie bolo vydané 23.07.2012 a od vydania rozhodnutia uplynulo už viac ako 3 mesiace. V prípade, že si navrhovateľ podá novú žiadosť, opätovne bude spracovaný sociálny posudok, ako aj lekársky posudok, na základe ktorých by mohol byť v konečnom dôsledku navrhovateľ zaradený do vyššieho stupňa odkázanosti, než to bolo v období, keď bolo vydávané napadnuté rozhodnutie a tým by sa vlastne zreálnila možnosť zaradiť navrhovateľa do domova sociálnych služieb v zmysle § 38 zákona o sociálnych službách. Súd nepriznal navrhovateľovi náhradu trov konania, keďže navrhovateľ bol v konaní neúspešný. Okrem toho v súvislosti s týmto konaním navrhovateľovi trovy konania ani nevznikli. Poučenie: Proti tomuto rozsudku možno podať odvolanie v lehote 15 dní od jeho doručenia. Odvolanie sa podáva písomne v dvoch vyhotoveniach cestou krajského súdu na Najvyšší súd SR. Odvolanie je možné podať len z dôvodov uvedených v § 205 ods. 2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https://www.kauzis.sk/judikatura/r/ECLI:SK:KSBB:2012:6012200891.2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