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20Sd/217/2012 z 12. 11. 2012</w:t>
      </w:r>
    </w:p>
    <w:p>
      <w:r>
        <w:t>Rozsudok Krajského súdu Banská Bystrica z 12. novembra 2012, sp. zn. 20Sd/217/2012, ECLI:SK:KSBB:2012:6012200976.1</w:t>
      </w:r>
    </w:p>
    <w:p>
      <w:r>
        <w:t>Súd: Krajský súd Banská Bystrica</w:t>
      </w:r>
    </w:p>
    <w:p>
      <w:r>
        <w:t>Spisová značka: 20Sd/217/2012</w:t>
      </w:r>
    </w:p>
    <w:p>
      <w:r>
        <w:t>ECLI: ECLI:SK:KSBB:2012:6012200976.1</w:t>
      </w:r>
    </w:p>
    <w:p>
      <w:r>
        <w:t>Dátum vydania: 12. 11. 2012</w:t>
      </w:r>
    </w:p>
    <w:p>
      <w:r>
        <w:t>Forma: Rozsudok</w:t>
      </w:r>
    </w:p>
    <w:p>
      <w:r>
        <w:t>Oblasť práva: Správne právo</w:t>
      </w:r>
    </w:p>
    <w:p>
      <w:pPr>
        <w:pStyle w:val="Heading2"/>
      </w:pPr>
      <w:r>
        <w:t>Text rozhodnutia</w:t>
      </w:r>
    </w:p>
    <w:p>
      <w:r>
        <w:t>Súd: Krajský súd Banská Bystrica Spisová značka: 20Sd/217/2012 Identifikačné číslo súdneho spisu: 6012200976 Dátum vydania rozhodnutia: 13. 11. 2012 Meno a priezvisko sudcu, VSÚ: JUDr. Jarmila Badíková ECLI: ECLI:SK:KSBB:2012:6012200976.1 ROZSUDOK V MENE SLOVENSKEJ REPUBLIKY Krajský súd v Banskej Bystrici v konaní samosudkyňou JUDr. Jarmilou Badíkovou v právnej veci navrhovateľky R. T., nar. XX. V. XXXX, trvale bytom: K. XXX/XX, XXX XX G. proti odporkyni Sociálnej poisťovni, ústredie, Ul. 29. augusta č. 8, 813 63 Bratislava o preskúmanie rozhodnutia o invalidnom dôchodku, takto r o z h o d o l : Rozhodnutie odporkyne č. 615 224 6474 zo dňa 15. mája 2012 z r u š u j e podľa § 250l ods. 2 a § 250j ods. 2 písm. c), d) O.s.p. a vec v r a c i a odporkyni na ďalšie konanie. Navrhovateľke n e p r i z n á v a právo na náhradu trov konania. o d ô v o d n e n i e : Odporkyňa rozhodnutím č.615 224 6474 z 15. mája 2012 podľa § 70 a § 71 zákona č.461/2003 Z.z. o sociálnom poistení zamietla žiadosť navrhovateľky o invalidný dôchodok zo dňa 24.04.2012, nakoľko podľa lekárskej správy posudkového lekára pobočky Sociálnej poisťovne Banská Bystrica zo dňa 24. apríla 2012 navrhovateľka nie je invalidná, pretože nemá pokles schopnosti vykonávať zárobkovú činnosť o viac ako 40% v porovnaní so zdravou fyzickou osobou. Posudkový lekár stanovil mieru poklesu schopnosti vykonávať zárobkovú činnosť u navrhovateľky v rozsahu 35 %. Navrhovateľka podala proti tomuto rozhodnutiu opravný prostriedok, v ktorom žiadala o preskúmanie predmetného rozhodnutia. Poukázala na prepúšťaciu správu z hospitalizácie v NOVAPHARM s.r.o., prac. Železničná NaP, Bratislava v dňoch 28.05.2012 až 06.06.2012. Odporkyňa v písomnom vyjadrení zo dňa 02. októbra 2012 uviedla právne a skutkové dôvody, pre ktoré žiadala napadnuté rozhodnutie potvrdiť ako vecne správne. Krajský súd preskúmal napadnuté rozhodnutie a postup odporkyne pred jeho vydaním na pojednávaní dňa 13. novembra 2012 v zmysle § 250l O.s.p., oboznámil sa s pripojenými listinnými dôkazmi, vypočul účastníkov a dospel k záveru, že napadnuté rozhodnutie je potrebné zrušiť a vec vrátiť odporkyni na ďalšie konanie. Navrhovateľka na pojednávaní uviedla, že na podanom opravnom prostriedku trvá. Poukázala na svoj veľmi nepriaznivý zdravotný stav najmä na bolesti hlavy a uviedla, že nie je schopná vykonávať žiadnu pracovnú činnosť. Stará sa o ňu jej 12- ročná dcéra. Odporkyňa na pojednávaní žiadala napadnuté rozhodnutie potvrdiť ako zákonné a vecne správne. Uviedla, že na základe podaného opravného prostriedku bol zdravotný stav navrhovateľky opätovne posúdený posudkovým lekárom sociálneho poistenia Sociálnej poisťovne, ústredie dňa 19.09.2012, ktorý zotrval na pôvodnom posudku, že navrhovateľka nie je invalidná, nakoľko má mieru poklesu schopnosti vykonávať zárobkovú činnosť vo výške 35% v porovnaní so zdravou fyzickou osobou. Poukázala taktiež na písomné stanovisko zo dňa 02.10.2012. Podľa § 132 O.s.p. dôkazy súd hodnotí podľa svojej úvahy, a to každý dôkaz jednotlivo a všetky dôkazy v ich vzájomnej súvislosti; pričom starostlivo prihliada na všetko čo vyšlo za konania najavo, včítane toho, čo uviedli účastníci. Podľa § 71 ods. 1 zákona č. 461/2003 Z. z. o sociálnom poistení poistenec je invalidný, ak pre dlhodobo nepriaznivý zdravotný stav má pokles schopnosti vykonávať zárobkovú činnosť o viac ako 40% v porovnaní so zdravou fyzickou osobou. Podľa odseku 2 citovaného ustanovenia dlhodobo nepriaznivý zdravotný stav je taký zdravotný stav, ktorý spôsobuje pokles schopnosti vykonávať zárobkovú činnosť a ktorý má podľa poznatkov lekárskej vedy trvať dlhšie ako jeden rok. Podľa odseku 4 citovaného ustanovenia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odseku 6 citovaného ustanovenia miera poklesu schopnosti vykonávať zárobkovú činnosť v percentách sa určuje podľa druhu zdravotného postihnutia, ktoré je rozhodujúcou príčinou dlhodobo nepriaznivého zdravotného stavu, a so zreteľom na závažnosť ostatných zdravotných postihnutí. Podľa ods. 7 a 8 citovaného ustanovenia jednotlivé percentuálne miery poklesu schopnosti vykonávať zárobkovú činnosť sa nesčítavajú. Mieru poklesu schopnosti vykonávať zárobkovú činnosť možno zvýšiť najviac o 10%, ak závažnosť ostatných zdravotných postihnutí ovplyvňuje pokles schopnosti vykonávať zárobkovú činnosť. Percentuálna miera poklesu zárobkovej činnosti podľa druhu zdravotného postihnutia orgánov a systémov je obsiahnutá v prílohe č. 4 k zákonu č. 461/2003 Z.z. Posúdenie dlhodobosti nepriaznivého zdravotného stavu a jeho následkov na pracovnú schopnosť občana vyžaduje odborné lekárske vedomosti a vo veciach sociálneho poistenia aj pre účely súdneho konania ju vykonávajú posudkoví lekári. Podľa § 153 ods. 5 zákona č. 461/2003 Z.z. lekársku posudkovú činnosť dôchodkového poistenia vykonáva posudkový lekár sociálneho poistenia príslušnej pobočky a posudkový lekár sociálneho poistenia ústredia Sociálnej poisťovne. Na základe opravného prostriedku navrhovateľky posúdil jej zdravotný stav posudkový lekár Sociálnej poisťovne - ústredia so sídlom v Banskej Bystrici v posudku zo dňa 19. septembra 2012 so záverom, že navrhovateľka nie je invalidná podľa ustanovenia § 71 ods. 1 zákona č.461/2003 Z.z. o sociálnom poistení, pretože pre dlhodobo nepriaznivý zdravotný stav nemá pokles schopnosti vykonávať zárobkovú činnosť o viac ako 40 % v porovnaní so zdravou fyzickou osobou, miera poklesu schopnosti navrhovateľky vykonávať zárobkovú činnosť je 35%. Posudkový lekár za jej rozhodujúce zdravotné postihnutie určil poruchy nálad, stredne ťažké formy. Ochorenie je zaradené pod kapitolu V., položku 3, písmeno a) v rámci prílohy č. 4 k zákonu č. 461/2003 Z. z.. Posudkový lekár na základe vlastného klinického vyšetrenia a predložených odborných lekárskych nálezov zistil, že navrhovateľka bola prvýkrát vyšetrená psychiatrom v mesiaci 02/2011 pre depresívnu epizódu, ktorá bola navodená reaktívne a na začiatku hodnotená psychiatrom ako adaptačná porucha. V mesiaci 10/2011 ochorenie preklasifikoval na úzkostne depresívnu poruchu, pričom naviac z vykonaného psychologického vyšetrenia vyplývala stredne ťažká úzkostne-depresívna symptomatika reaktívneho charakteru, bez prítomnosti organických zmien mozgu. Pri vyšetrení psychiatrom v mesiaci 08/2012 bola popísaná epizóda stredne ťažkej depresie. Stav pri ambulantnej liečbe nie je dostatočne ovplyvnený, psychiater ho hodnotí ako subkompenzovaný, avšak napriek tomu nerealizoval zmenu liečby, resp. nepokúsil sa ani o ďalšie možnosti v liečbe. Vzhľadom k uvedenému posudkový lekár konštatoval, že u navrhovateľky sa jedná o reaktívnu depresívnu poruchu, endogénnu, ktorá je ťažšie ovplyvniteľná liečbou, preto určil mieru poklesu schopnosti vykonávať zárobkovú činnosť na dolnej hranici percentuálneho rozpätia, t.j. 35%. Ďalej navrhovateľka je od mesiaca 01/2011 v starostlivosti neurológa, pri akcelerovanej hypertenzii bolo vyslovené podozrenie na prekonanie ischemickej náhlej cievnej príhody mozgovej, ktorá sa nepotvrdila a ako náhodný nález bol zistený pri CT angiografickom vyšetrení nezhubný nádor mozgových plien, ktorý je v štádiu sledovania, zatiaľ bez progresie, je klinicky nemý a nie sú prítomné neurologické príznaky útlaku mozgových štruktúr. Pre bolesti hlavy trvalého charakteru ako aj závraty a pocity neistoty pri chôdzi navrhovateľka bola hospitalizovaná na neurologickej Železničnej klinike v Bratislave od 28.05.2012 do 06.06.2012, kde sa podrobila kompletnému vyšetreniu. Bolesť hlavy bola hodnotená ako bolesť kombinovaného pôvodu pri transformovanej migréne, pravdepodobne poliekovej so spolupodielom psychickej zložky. EMG vyšetrením neboli potvrdené ložiská epileptickej aktivity. Sonografické vyšetrenie mozgu nezistilo zúženie, ani hemodynamické zmeny v krčniciach a cievach mozgu. Vysoký krvný tlak je pri liečbe dobre ovplyvnený, stabilizovaný. Kŕčové žily sú toho času bez zápalu, trombózy, bez prejavov závažnejšej žilovej nedostatočnosti. Uvedené ochorenia sú posudkovo nezávažné, nezvyšujú mieru poklesu schopnosti vykonávať zárobkovú činnosť. Týmto posudkom boli potvrdené závery posudku posudkového lekára Sociálnej poisťovne, pobočky Banská Bystrica zo dňa 24. apríla 2012, ktorý bol podkladom pre vydanie napadnutého rozhodnutia. Podľa ust. § 195 ods. 1 zákona č. 461/2003 Z. z. organizačná zložka Sociálnej poisťovne pred vydaním rozhodnutia postupuje tak, aby presne a úplne zistila skutočný stav veci, a na ten účel obstará potrebné podklady na rozhodnutie. Podľa odseku 2 citovaného ustanovenia podkladom na rozhodnutie sú najmä podania, návrhy a vyjadrenia účastníkov konania, dôkazy, čestné vyhlásenia, ako aj skutočnosti všeobecne známe alebo známe organizačnej zložke Sociálnej poisťovne z jej činnosti. Podľa odseku 3 citovaného ustanovenia organizačná zložka Sociálnej poisťovne pri posudzovaní veci objasňuje rovnako dôkladne všetky rozhodujúce skutočnosti bez ohľadu na to, či svedčia v prospech, alebo v neprospech účastníka konania. Podľa ust. § 196 ods. 1 citovaného zákona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odseku 4 citovaného ustanovenia účastník konania, fyzická osoba alebo právnická osoba zúčastnená na konaní, ktorí majú listiny, ktoré môžu byť dôkazom, sú povinní na výzvu organizačnej zložky Sociálnej poisťovne tieto listiny predložiť. V zmysle citovaných ustanovení odporkyňa je povinná vykonať dokazovanie a dôkazom je všetko, čo môže prispieť k zisteniu a objasneniu skutočného stavu, najmä výpovede a vyjadrenia účastníkov, odborné posudky, znalecké posudky. Okrem dôkazov navrhnutých účastníkom konania je organizačná zložka poisťovne povinná vykonať aj iné dôkazy, ktoré účastník nenavrhol, ak sú potrebné na zistenie a objasnenie skutočného stavu veci. Vzhľadom na to, že napadnuté rozhodnutie súd zrušil aj z dôvodu nepreskúmateľnosti napadnutého rozhodnutia pre nedostatok dôvodov, súd posúdil posudky posudkových lekárov, ktoré boli jediným podkladom pre vydanie napadnutého rozhodnutia. Súd posúdil posudky posudkových lekárov z hľadiska kritérií stanovených pre posúdenie poklesu schopnosti vykonávať zárobkovú činnosť a dospel k záveru, že predložené posudky nespĺňajú tieto kritériá, nezhodnotili objektívne zdravotný stav navrhovateľa, a preto nemôžu byť podkladom pre zhodnotenie miery poklesu schopnosti vykonávať zárobkovú činnosť. Súd pri posúdení posudkov posudkových lekárov zistil, že tieto sú v rozpore s odborným lekárskymi nálezmi a hodnotia zdravotný stav navrhovateľa inak, ako odborní lekári. Súd z prepúšťacej správy z hospitalizácie navrhovateľky, ktorá sa uskutočnila v NOVAPHARM s.r.o., prac. Železničná NaP, Bratislava v dňoch 28.05.2012 až 06.06.2012. zistil, že trpí: Chronickou dennou bolesťou hlavy kombinovanej etiologie ( transformovaná migrena, polieková, spolupodiel psychogennej zložky), Migrena v min. anamn., TU extraaxiálne strednej jamy lebečnej temporobazálne I. sin. v.s. meningeom stacion. nález bez progresie od r. 2011 ( kontr. MR mozgu máj 2012), Arteriálna hypertenzia, Angiopathia hypertonica sclerotica I. st., hraničné beitemporálne zúženie ZP, Hyperlipidémia stredne ť. st., Incip. AS zmeny karot. artérií, bez hemodynamických zmien, nedetekovaný tok v AV I. sin. (UZV margin. moz.aa. 5/2012), Oklúzia a vertebralis I.sin. dla dok. (CT AG extrakran. mozg. artérií jan 2011), Stav po vestibulocerebelárnom syndrome v min.- susp. TIA infratentor (1/2011), Chronický lumboischialgický syndrom I. dx. ./MR LS bez zn. herniacie/, Adaptačná porucha depresívna v sledovaní psychiatra. Z MR vyšetrenia mozgu a zadnej jamy, ktoré navrhovateľka absolvovala dňa 22.05.2012 vyplýva záver: Stacionárny obraz sledovanej tumoróznej lézie extraaxiálne v strednej jame lebečnej vľavo- v.s. meningeóm. Z psychiatrického vyšetrenia navrhovateľky zo dňa 28.08.2012 vyplýva záver: F 32.1-2 Depresívna porucha stredne ťažká. Pracovný potenciál navrhovateľky je výrazne redukovaný. Z vykonaného dokazovania súd mal preukázané, že v danej veci neprebehlo konanie v zmysle ust. § 195 a nasl. zákona č. 461/2003 Z. z. o sociálnom poistení v znení neskorších predpisov. Krajský súd mal za preukázané, že zdravotný stav navrhovateľky nebol posúdený objektívne, komplexne a presvedčivo. Posudkoví lekári v posudkoch nedostatočne odôvodnili určenie hranice rozpätia miery poklesu schopnosti vykonávať zárobkovú činnosť napriek tomu, že navrhovateľka trpí viacerými závažnými ochoreniami. Úlohou odporkyne v ďalšom konaní bude opätovne posúdiť zdravotný stav navrhovateľky posudkovým lekárom Sociálnej poisťovne ústredia v Banskej Bystrici, ktorý prizve aj prísediaceho lekára v zmysle § 153 ods. 8 zákona č.461/2003 Z.z.. z odboru psychiatria. Na základe uvedeného súd napadnuté rozhodnutie zrušil podľa § 250 l ods. 2 a § 250j ods. 2 písm. c), d) O.s.p., vec vrátil odporkyni na ďalšie konanie, v ktorom opätovne posúdi zdravotný stav navrhovateľky podľa kritérií stanovených zákonom a v zmysle tohto rozhodnutia. Súd náhradu trov konania posúdil podľa ust. § 250l ods. 2 v spojitosti s ust. § 250k ods. 1 O.s.p., navrhovateľka v konaní bola úspešná, ale náhradu trov konania si neuplatnila, a preto jej súd nepriznal náhradu trov konania. Poučenie: Proti tomuto rozsudku odvolanie nie je prípustné.</w:t>
      </w:r>
    </w:p>
    <w:p/>
    <w:p>
      <w:r>
        <w:t>Zdroj: KAUZIS.SK – https://www.kauzis.sk/judikatura/r/ECLI:SK:KSBB:2012:6012200976.1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