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20Sd/271/2012 z 3. 12. 2012</w:t>
      </w:r>
    </w:p>
    <w:p>
      <w:r>
        <w:t>Uznesenie Krajského súdu Banská Bystrica z 3. decembra 2012, sp. zn. 20Sd/271/2012, ECLI:SK:KSBB:2012:6012201112.1</w:t>
      </w:r>
    </w:p>
    <w:p>
      <w:r>
        <w:t>Súd: Krajský súd Banská Bystrica</w:t>
      </w:r>
    </w:p>
    <w:p>
      <w:r>
        <w:t>Spisová značka: 20Sd/271/2012</w:t>
      </w:r>
    </w:p>
    <w:p>
      <w:r>
        <w:t>ECLI: ECLI:SK:KSBB:2012:6012201112.1</w:t>
      </w:r>
    </w:p>
    <w:p>
      <w:r>
        <w:t>Dátum vydania: 3. 12. 2012</w:t>
      </w:r>
    </w:p>
    <w:p>
      <w:r>
        <w:t>Forma: Uznesenie</w:t>
      </w:r>
    </w:p>
    <w:p>
      <w:pPr>
        <w:pStyle w:val="Heading2"/>
      </w:pPr>
      <w:r>
        <w:t>Text rozhodnutia</w:t>
      </w:r>
    </w:p>
    <w:p>
      <w:r>
        <w:t>Súd: Krajský súd Banská Bystrica Spisová značka: 20Sd/271/2012 Identifikačné číslo súdneho spisu: 6012201112 Dátum vydania rozhodnutia: 04. 12. 2012 Meno a priezvisko sudcu, VSÚ: Mgr. Ivana Kubandová ECLI: ECLI:SK:KSBB:2012:6012201112.1 Uznesenie Krajský súd v Banskej Bystrici v právnej veci navrhovateľa O. X., nar. XX. M. XXXX, bytom P. XX, G. G. I. proti odporkyni Sociálnej poisťovni ústredie v Bratislave, Ul. 29. augusta č. 8, 813 63 Bratislava o preskúmanie rozhodnutia o invalidnom dôchodku, takto r o z h o d o l : Konanie vo veci rozhodnutia odporkyne č. 640 527 6438 0 zo dňa 6. júla 2012 z a s t a v u j e. Navrhovateľovi n e p r i z n á v a právo na náhradu trov konania. o d ô v o d n e n i e : Odporkyňa rozhodnutím číslo 640 527 6438 0 zo dňa 6. júla 2012 s poukázaním na § 70 a § 71 zákona č. 461/2003 Z. z. o sociálnom poistení v znení neskorších predpisov zamietla žiadosť navrhovateľa o priznanie invalidného dôchodku, nakoľko posudkový lekár Sociálnej poisťovne na pobočke Banská Bystrica v posudku zo dňa 19. júna 2012 určil mieru poklesu schopnosti vykonávať zárobkovú činnosť u navrhovateľa vo výške 35 % z potrebných viac ako 40 %. Navrhovateľ voči uvedenému rozhodnutiu podal opravný prostriedok, v ktorom poukázal na svoj zlý zdravotný stav. Podľa § 250l ods. 1 O.s.p. podľa ustanovení tejto hlavy /3 hlava 5. časť O.s.p./ sa postupuje v prípadoch, v ktorých zákon zveruje súdom rozhodovanie o opravných prostriedkoch proti neprávoplatným rozhodnutiam správnych orgánov. Podľa § 250m ods. 1 O.s.p. konanie sa začína na návrh, ktorým je opravný prostriedok proti rozhodnutiu správneho orgánu. Podľa § 250o O.s.p. ak správny orgán, ktorého rozhodnutie súd preskúmava, vydá nové rozhodnutie, ktorým návrhu celkom vyhovie, súd uznesením konanie zastaví. Súd v preskúmavacom konaní zistil, že na základe opravného prostriedku podaného navrhovateľom posúdil zdravotný stav navrhovateľa posudkový lekár ústredia Sociálnej poisťovne v Banskej Bystrici dňa 18. októbra 2012, ktorý uznal navrhovateľa invalidným s 55 % mierou poklesu schopnosti vykonávať zárobkovú činnosť. Na základe tejto skutočnosti odporkyňa vydala rozhodnutie č. 640 527 6438 0 zo dňa 16. novembra 2012, ktorým zrušila napadnuté rozhodnutia a rozhodnutím č. 640 527 6438 0 zo dňa 16. novembra 2012 priznala navrhovateľovi invalidný dôchodok v sume 246,40 Eur mesačne od 19. júna 2012. Keďže odporkyňa v celom rozsahu vyhovela opravnému prostriedku navrhovateľa v správnom konaní, súd podľa § 250o O.s.p. konanie zastavil tak, ako je vo výrokovej časti tohto uznesenia uvedené. O trovách konania rozhodol súd podľa § 250k ods.1 s použitím § 250l ods.2 O.s.p.. Navrhovateľ si náhradu trov konania neuplatnil, preto súd vyslovil, že mu náhradu trov konania nepriznáva. Poučenie: Proti tomuto uzneseniu je prípustné odvolanie podľa § 374 ods. 4 O.s.p. Odvolanie je možné podať písomne, v dvoch vyhotoveniach, v lehote 15 dní od jeho doručenia na krajskom súde, proti rozhodnutiu ktorého smeruje. Odvolaniu podanému proti rozhodnutiu, ktoré vydal súdny úradník alebo justičný čakateľ, môže úplne vyhovieť sudca. Ak sudca podanému odvolaniu nevyhovie, predloží vec Najvyššiemu súdu SR. V odvolaní je potrebné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https://www.kauzis.sk/judikatura/r/ECLI:SK:KSBB:2012:6012201112.1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