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Banská Bystrica sp. zn. 14Co/325/2011 z 28. 5. 2012</w:t>
      </w:r>
    </w:p>
    <w:p>
      <w:r>
        <w:t>Uznesenie Krajského súdu Banská Bystrica z 28. mája 2012, sp. zn. 14Co/325/2011, ECLI:SK:KSBB:2012:6110216610.2</w:t>
      </w:r>
    </w:p>
    <w:p>
      <w:r>
        <w:t>Súd: Krajský súd Banská Bystrica</w:t>
      </w:r>
    </w:p>
    <w:p>
      <w:r>
        <w:t>Spisová značka: 14Co/325/2011</w:t>
      </w:r>
    </w:p>
    <w:p>
      <w:r>
        <w:t>ECLI: ECLI:SK:KSBB:2012:6110216610.2</w:t>
      </w:r>
    </w:p>
    <w:p>
      <w:r>
        <w:t>Dátum vydania: 28. 5. 2012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Banská Bystrica Spisová značka: 14Co/325/2011 Identifikačné číslo súdneho spisu: 6110216610 Dátum vydania rozhodnutia: 29. 05. 2012 Meno a priezvisko sudcu, VSÚ: JUDr. Mária Podhorová ECLI: ECLI:SK:KSBB:2012:6110216610.2 Uznesenie Krajský súd v Banskej Bystrici v právnej veci navrhovateľa Rudné bane, š. p., so sídlom v Banskej Bystrici, Havranské 11, IČO: 00 007 838, zastúpený JUDr. Rastislavom Urbánim, advokátom, Advokátska kancelária so sídlom v U. U., Y. XX, proti odporcom 1/ R.. T. M., nar. XX. XX. XXXX, bytom U. U., X. X, 2/ P. E., nar. XX. XX. XXXX, bytom X. Q. N., R. XX/X, 3/ D.. J.. R. R., R.., nar. XX. XX. XXXX, bytom, T. A. XX, 4/ JUDr. Borisovi Gergelymu, súdnemu exekútorovi so sídlom Exekútorského úradu v Spišskej Novej Vsi, Starosaská 3, odporcovia 1/, 2/, 3/ v konaní zastúpení JUDr. Kamilom Bereseckým, advokátom, Advokátska kancelária so sídlom v Q., A. XX, odporca 4/ zastúpený JUDr. Štefanom Kamenickým, advokátom, Advokátska kancelária so sídlom v Y. Q. T., F. X, o vydanie bezdôvodného obohatenia, na odvolanie navrhovateľa proti rozsudku Okresného súdu v Banskej Bystrici sp. zn. 16C/96/2010 - 159 zo dňa 22. 06. 2011, o náhrade trov odvolacieho konania, takto r o z h o d o l : Odporcom 1/, 2/, 3/ náhradu trov odvolacieho konania n e p r i z n á v a . o d ô v o d n e n i e : Rozsudkom č.k. 14Co/325/2011-206 zo dňa 15.05.2012 (ďalej aj „rozsudok“) krajský súd ako súd odvolací potvrdil rozsudok Okresného súdu v Banskej Bystrici sp. zn. 16C/96/2010 - 159 zo dňa 22. 06. 2011 (v napadnutých výrokoch), ktorým návrh navrhovateľa domáhajúceho sa voči odporcovi l/, 2/ a 3/ zaplatenia 930,- eur a voči odporcovi 4/ zaplatenia 1,- eur titulom vydania bezdôvodného obohatenia zamietol. V čase verejného vyhlásenia rozsudku odvolacím súdom trovy konania odporcom l/, 2/ a 3/ boli ich právnym zástupcom pre prípad úspechu uplatnené, ale neboli vyčíslené, preto odvolací súd s odkazom na ust. § 214 ods. 5 O.s.p. vyslovil v rozsudku, že rozhodne o trovách odvolacieho konania samostatným uznesením. Verejného vyhlásenia rozsudku dňa 15.05.2012 sa nikto z účastníkov ani ich zástupcov nezúčastnil. Vzhľadom na výsledok odvolacieho konania, v ktorom odporcovia 1/, 2/, 3/ boli úspešní, vznikol im nárok na náhradu trov odvolacieho konania, keďže však uvedené trovy odvolacieho konania si nevyčíslili v zákonom stanovenej lehote (§ 151 ods. l O.s.p.) odvolací súd postupoval v zmysle § 151 ods. 2 O.s.p. podľa ktorého, ak účastník v lehote podľa ods. 1 trovy nevyčísli, súd mu prizná náhradu trov konania vyplývajúcich zo spisu ku dňu vyhlásenia rozhodnutia s výnimkou trov právneho zastúpenia, ak takému účastníkovi okrem trov právneho zastúpenia iné trovy zo spisu nevyplývajú, súd mu náhradu trov konania neprizná a v takom prípade súd nie je viazaný rozhodnutím o prisúdení náhrady trov konania tomuto účastníkovi v rozhodnutí, ktorým sa konanie končí. Na základe uvedeného odvolací súd odporcom l/, 2/ a 3/ trovy odvolacieho konania nepriznal aj s poukazom na ust. § 151 ods. 1 O.s.p., podľa ktorého ustanovenia o povinnosti nahradiť trovy konania rozhoduje súd na návrh spravidla v rozhodnutí, ktorým sa konanie končí a účastník, ktorému sa prisudzuje náhrada trov konania, je povinný trovy konania vyčísliť najneskôr do 3 pracovných dní od vyhlásenia rozhodnutia. V danej veci odporcovia 1/, 2/ a 3/ si trovy konania spočívajúce v trovách právneho zastúpenia v zákonnej lehote nevyčíslili a zo spisu iné trovy odvolacieho konania týchto účastníkov nevplývajú, preto odvolací súd rozhodol ohľadom trov odvolacieho konania odporcov 1/, 2/ a 3/ podľa § 151 ods. 1 a 2 O.s.p. tak, ako je uvedené vo výroku tohto uznesenia. Rozhodnutie senátu krajského súdu bolo prijaté pomerom hlasov X:X. Poučenie: Proti tomuto rozhodnutiu odvolanie nie je prípustné.</w:t>
      </w:r>
    </w:p>
    <w:p/>
    <w:p>
      <w:r>
        <w:t>Zdroj: KAUZIS.SK – https://www.kauzis.sk/judikatura/r/ECLI:SK:KSBB:2012:6110216610.2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