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14Co/400/2011 z 2. 4. 2012</w:t>
      </w:r>
    </w:p>
    <w:p>
      <w:r>
        <w:t>Uznesenie Krajského súdu Banská Bystrica z 2. apríla 2012, sp. zn. 14Co/400/2011, ECLI:SK:KSBB:2012:6110217983.2</w:t>
      </w:r>
    </w:p>
    <w:p>
      <w:r>
        <w:t>Súd: Krajský súd Banská Bystrica</w:t>
      </w:r>
    </w:p>
    <w:p>
      <w:r>
        <w:t>Spisová značka: 14Co/400/2011</w:t>
      </w:r>
    </w:p>
    <w:p>
      <w:r>
        <w:t>ECLI: ECLI:SK:KSBB:2012:6110217983.2</w:t>
      </w:r>
    </w:p>
    <w:p>
      <w:r>
        <w:t>Dátum vydania: 2.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14Co/400/2011 Identifikačné číslo súdneho spisu: 6110217983 Dátum vydania rozhodnutia: 03. 04. 2012 Meno a priezvisko sudcu, VSÚ: JUDr. Peter Priehoda ECLI: ECLI:SK:KSBB:2012:6110217983.2 Uznesenie Krajský súd v Banskej Bystrici v právnej veci žalobcu 1/ ZAGYVA, s.r.o., so sídlom Lermontovova 914/9, Bratislava, IČO: 36 021 661, zastúpený opatrovníkom L. H., súdnou tajomníčkou Okresného súdu Zvolen, 2/ Q. P., nar. XX.X.XXXX, bytom T. T., D., F. J. XXXX/XX, občana SR, zastúpeného AKSK s.r.o., Nám SNP 15, Banská Bystrica, IČO: 36 859 7011 proti žalovanému MPL TRADING spol. s.r.o., so sídlom Galvaniho 8, Bratislava, IČO: 31 388 639 zastúpeného Advokátskou kanceláriou JUDr. Ján Majling, s.r.o., Palárikova 14, Bratislava, IČO: 35 960 728, o žalobe na zrušenie rozhodcovského rozsudku a odloženie vykonateľnosti rozhodcovského rozsudku, na odvolanie žalovaného proti rozsudku Okresného súdu Banská Bystrica č.k. 14C/157/2010-202 zo dňa 6.10.2011, o náhrade trov odvolacieho konania takto r o z h o d o l : Žalobcom 1/,2/ náhrada trov odvolacieho konania sa n e p r i z n á v a . o d ô v o d n e n i e : Rozsudkom č.k. 14Co/400/2011-247 zo dňa 27.3.2012 krajský súd, ako súd odvolací potvrdil rozsudok Okresného súdu Banská Bystrica č.k. 14C/157/2010-202 zo dňa 6.10.2011 vo výrokoch, ktorými zrušil rozsudok stáleho rozhodcovského súdu v Banskej Bystrici sp. zn. SR 032/2010 zo dňa 20.7.2010 z dôvodu podľa § 40 ods. 1 písm. g/ zák. č. 244/2002 Z.z. a odložil vykonateľnosť vyššie uvedeného rozhodcovského rozsudku. Zároveň potvrdil aj prvostupňový rozsudok vo výroku o náhrade trov prvostupňového konania. Výroku rozsudku okresného súdu, ktorým zamietol žalobu o zrušení vyššie uvedeného rozhodcovského rozsudku z dôvodu podľa § 40 ods. 1 písm. f/ Zák. č. 244/2000 Z.z. sa nedotýkal, lebo odvolaním tento výrok rozsudku nebol napadnutý. Pretože v čase verejného vyhlásenia rozsudku odvolacím súdom trovy konania účastníkmi neboli vyčíslené odvolací súd s odkazom na ust. § 214 ods. 5 O.s.p. vyslovil, že rozhodne o trovách odvolacieho konania samostatným uznesením. Verejného vyhlásenia rozsudku sa nikto z účastníkov ani zástupcov nezúčastnil. Úspešným žalobcom 1/,2/ náhrada trov odvolacieho konania priznaná nebola, lebo v zákonom stanovenej lehote (§ 151 ods. 1 O.s.p.) vyčíslené neboli a okrem prípadných trov právneho zastúpenia vznik iných trov zo spisu nevyplýva. Rozhodnutie bolo prijaté hlasovaním senátu pomerom hlasov X:X. Poučenie: Proti tomuto rozhodnutiu odvolanie nie je prípustné.</w:t>
      </w:r>
    </w:p>
    <w:p/>
    <w:p>
      <w:r>
        <w:t>Zdroj: KAUZIS.SK – https://www.kauzis.sk/judikatura/r/ECLI:SK:KSBB:2012:6110217983.2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