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14CoE/469/2011 z 31. 1. 2012</w:t>
      </w:r>
    </w:p>
    <w:p>
      <w:r>
        <w:t>Uznesenie Krajského súdu Banská Bystrica z 31. januára 2012, sp. zn. 14CoE/469/2011, ECLI:SK:KSBB:2012:6197899671.1</w:t>
      </w:r>
    </w:p>
    <w:p>
      <w:r>
        <w:t>Súd: Krajský súd Banská Bystrica</w:t>
      </w:r>
    </w:p>
    <w:p>
      <w:r>
        <w:t>Spisová značka: 14CoE/469/2011</w:t>
      </w:r>
    </w:p>
    <w:p>
      <w:r>
        <w:t>ECLI: ECLI:SK:KSBB:2012:6197899671.1</w:t>
      </w:r>
    </w:p>
    <w:p>
      <w:r>
        <w:t>Dátum vydania: 31. 1. 2012</w:t>
      </w:r>
    </w:p>
    <w:p>
      <w:r>
        <w:t>Forma: Uznesenie</w:t>
      </w:r>
    </w:p>
    <w:p>
      <w:r>
        <w:t>Oblasť práva: Občianske právo</w:t>
      </w:r>
    </w:p>
    <w:p>
      <w:pPr>
        <w:pStyle w:val="Heading2"/>
      </w:pPr>
      <w:r>
        <w:t>Text rozhodnutia</w:t>
      </w:r>
    </w:p>
    <w:p>
      <w:r>
        <w:t>Súd: Krajský súd Banská Bystrica Spisová značka: 14CoE/469/2011 Identifikačné číslo súdneho spisu: 6197899671 Dátum vydania rozhodnutia: 01. 02. 2012 Meno a priezvisko sudcu, VSÚ: JUDr. Peter Priehoda ECLI: ECLI:SK:KSBB:2012:6197899671.1 Uznesenie Krajský súd v Banskej Bystrici v exekučnej veci oprávneného : Performance Cargo, s.r.o., so sídlom 036 01 Martin, Tajovského 15/6, IČO : 31 561 292, proti povinnému : Z. N., narodený XX.XX.XXXX, bytom XXX XX C. C., Z. X, v exekučnom konaní vedenom súdnym exekútorom Mgr. Milanom Somíkom, so sídlom Exekútorský úrad 036 01 Martin, Jilemnického 12 pod spisovou značkou. Ex 719/1996 pre vymoženie pohľadávky v sume 730,72 eur s príslušenstvom, o odvolaní povinného zo dňa 03.05.2011 proti uzneseniu Okresného súdu Banská Bystrica č.k. 2Er/78/1997-136 zo dňa 11.04.2011, takto r o z h o d o l : Krajský súd uznesenie okresného súdu vo výroku, ktorým povinnému odňal oslobodenie od súdnych poplatkov p o t v r d z u j e. Vo zvyšnej časti zostáva uznesenie nedotknuté. o d ô v o d n e n i e : Napadnutým uznesením okresný súd zamietol námietky povinného voči exekúcii vedenej pod sp. zn. Ex 719/1996 podľa ustanovenia § 50 ods. 1 a 3 zákona č. 233/1995 Z.z. o súdnych exekútoroch a exekučnej činnosti (Exekučného poriadku), odňal povinnému oslobodenie od súdnych poplatkov podľa ustanovenia § 138 ods. 2 O.s.p. a súčasne povinnému uložil nahradiť trovy konania štátu v sume 378,48 eur podľa ustanovenia § 148 ods. 1 O.s.p. vzhľadom na odňaté oslobodenie od poplatkovej povinnosti. Súd v odôvodnení uznesenia pokiaľ ide o výrok, ktorým odňal priznané oslobodenie, konštatoval, že podmienky na oslobodenie od súdnych poplatkov neboli už v čase rozhodovania o priznaní oslobodenia splnené. V čase rozhodovania súdu o priznaní oslobodenia bol povinný spoluvlastníkom nehnuteľnosti, zapísanej na LV č. XXX v k.ú. K., no tieto nehnuteľnosti povinný v potvrdení o osobných, majetkových a zárobkových pomeroch pre účely rozhodnutia o oslobodení od poplatkovej povinnosti neuviedol. Zamlčaním tohto osobného majetku väčšej hodnoty súd pri rozhodovaní nemal k dispozícii všetky podklady potrebné pre rozhodnutie o oslobodení od poplatkovej povinnosti. Súd potom zhodnotil osobné, majetkové a zárobkové pomery povinného a s ohľadom na vlastníctvo majetku väčšej hodnoty dospel k záveru, že majetkové a iné pomery účastníka neodôvodňujú jeho oslobodenie od súdnych poplatkov. Naviac v danom prípade, vzhľadom na rozhodnutie súdu o námietkach proti exekúcii, nebola naplnená ani druhá zákonná podmienka pre priznanie oslobodenia od súdnych poplatkov a to, že nejde o zrejme bezúspešné bránenie či uplatňovanie práva. Vzhľadom na závery obsiahnuté v znaleckom posudku vypracovanom znalkyňou S.. S.. G. K. z odboru písmoznalectvo zo dňa 19.06.2009 je zrejmé, že u povinného išlo o zrejmé bezúspešné bránenie práva oprávnenému, ktoré mu prislúcha z právoplatného a vykonateľného exekučného titulu, keď povinný spochybňoval hodnovernosť údajov verejnej listiny - doručenky. Na základe týchto argumentov následne súd oslobodenie od súdnych poplatkov priznané uznesením Okresného súdu Banská Bystrica č.k. 2Er/78/1997-67 zo dňa 28.02.2007 povinnému odňal. Proti uzneseniu okresného súdu podal povinný v zákonom stanovenej lehote odvolanie a to v časti výroku, ktorým súd námietky voči exekúcii zamietol a voči výroku, ktorým súd odňal povinnému oslobodenie od súdnych poplatkov. Pokiaľ ide o výrok uznesenia, ktorým súd rozhodol o námietkach proti exekúcii, nakoľko ide o rozhodnutie, voči ktorému zákon odvolanie nepripúšťa (§ 202 ods. 2 O.s.p. v spojení s ustanovením § 50 ods. 4 Exekučného poriadku), procesným postupom v súlade s ustanovením § 374 ods. 4 O.s.p. o tejto časti odvolania rozhodla zákonná sudkyňa uznesením č.k. 2Er/78/1997-167 zo dňa 25.10.2011. Pokiaľ ide o dôvody odvolania povinného, týkajúce sa výroku, ktorým súd odňal priznané oslobodenie od súdnych poplatkov, povinný sa domnieva, že spĺňa podmienky priznanie oslobodenia od zaplatenia súdnych poplatkov. Momentálne poberá dôchodok 215,18 eur, z čoho nevládze vyžiť a platiť za lieky, ktoré nevyhnutne potrebuje na prežitie. Nemá žiadny osobný majetok, s ktorým by mohol disponovať, je chorý na srdce, ľadviny a má silnú cukrovku. Ďalej má poškodenú chrbticu, takže sa nevie samostatne pohybovať. Žije pod úrovňou chudoby. Prosí odvolací súd, aby na uvedené skutočnosti prihliadol. K odvolaniu pripojil viaceré lekárske správy a rozhodnutie Sociálnej poisťovne - ústredia zo dňa 09.12.2010, ktorým mu bol upravený priznaný starobný dôchodok s účinnosťou od januára 2011 na sumu 245,40 eur mesačne. V dôsledku odvolania krajský súd, ako súd odvolací, vec preskúmal v medziach daných ustanovením § 212 ods. 1 O.s.p. a bez nariadenia pojednávania v súlade s ustanovením § 214 ods. 2 O.s.p. napadnuté uznesenie okresného súdu vo výroku, ktorým povinnému odňal oslobodenie od súdnych poplatkov podľa ustanovenia § 219 ods. 1 a 2 O.s.p. potvrdil ako vecne správne. Podľa ustanovenia § 138 ods. 1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Priznané oslobodenie súd kedykoľvek za konania odníme, prípadne i so spätnou účinnosťou, ak sa do právoplatného skončenia konania ukáže, že pomery účastníka oslobodenie neodôvodňujú, prípadne neodôvodňovali (§ 138 ods. 2 O.s.p.). Uznesením Okresného súdu Banská Bystrica č.k. 2Er/78/1997-67 zo dňa 28.02.2007 bolo povinnému priznané oslobodenie od súdnych poplatkov v celom rozsahu. Okresný súd následne podrobnejšie skúmal osobné a majetkové pomery povinného a nakoľko mal preukázané, že pri rozhodovaní o žiadosti povinného o priznanie oslobodenia od poplatkovej povinnosti nemal súd k dispozícii, respektíve neúplne zistil všetky okolnosti podstatne ovplyvňujúce majetkovú, sociálnu a osobnú situáciu povinného, prehodnotil svoje prvotné rozhodnutie a odvolaním napadnutým uznesením odňal povinnému oslobodenie od súdnych poplatkov, pretože ako podielový spoluvlastník nehnuteľnosti - bytu č. X, vchod X obytného domu súp. č. XXXX, na parc. č. XXXX, evidovaného na liste vlastníctva č. XXXX, k.ú. K., obec C. C., neuviedol tento majetok značnej hodnoty a zamlčanie tohto majetku malo podstatný vplyv na rozhodovanie súdu o oslobodení od súdnych poplatkov. Krajský súd vyhodnotil osobné a príjmové pomery, ako aj majetkový stav povinného a stotožňuje sa s právnym názorom prvostupňového súdu obsiahnutým v napadnutom uznesení. Je zrejmé, že pri pôvodnom rozhodovaní o priznaní oslobodenia od poplatkovej povinnosti súd nemal k dispozícii podstatnú informáciu majúcu vplyv na posúdenie majetkových pomerov povinného a to spoluvlastníctvo majetku väčšej hodnoty - nehnuteľnosti. Podstatné je, že táto skutočnosť ovplyvnila majetkové pomery povinného už v čase pôvodného rozhodovania o jeho žiadosti o oslobodenie od poplatkovej povinnosti. Je tak zrejmé, že povinný neuviedol súdu úplné skutočnosti na to, aby súd mohol skutočne objektívne a komplexne posúdiť jeho možnosti a schopnosti zaplatiť súdne poplatky v konaní. Pokiaľ pomery povinného už preukázateľne ani v čase pôvodného rozhodnutia súdu o priznaní oslobodenia od súdnych poplatkov neodôvodňovali jeho oslobodenie, je správny postup okresného súdu, ktorý na základe dodatočne zistených skutočností postupom podľa ustanovenia § 138 ods. 2 O.s.p. odňal povinnému neoprávnene priznané oslobodenie od súdnych poplatkov. Odvolací súd v tejto súvislosti podotýka, že splnenie si povinnosti účastníka konania uviesť pravdivé a úplné informácie podľa výzvy či pokynov súdu, je jednou z jeho základných a prvoradých procesných povinností. Aj keď povinný v dôvodoch odvolania poukazuje na to, že zo svojho príjmu plynúcemu zo sociálneho zabezpečenia pokrýva nielen svoje výdavky a náklady bývania, ale uhrádza aj lieky, nie je aj napriek tomu možné konštatovať nemajetnosť a sociálne slabú situáciu tohto účastníka konania. Nie je možné prehliadať spoluvlastníctvo nehnuteľnosti nesporne ovplyvňujúce jeho celkovú majetkovú situáciu. Súd je povinný posudzovať pomery žiadateľa o priznanie oslobodenia od súdnych poplatkov komplexne. Navyše, okrem uvedených kritérií zohľadňujúcich osobný status žiadateľa, jeho osobné a majetkové pomery, však súbežne, kumulatívne, musí byť naplnená i ďalšia zákonom predpokladaná podmienka na to, aby súd účastníkovi oslobodenie od súdnych poplatkov priznal, a to, že nejde v danom prípade o celkom zjavne svojvoľné alebo zrejme bezúspešné uplatňovanie alebo bránenie práva. Pokiaľ by teda aj boli eventuálne u účastníka konania dané predpoklady na prípadné zváženie priznania oslobodenia od súdnych poplatkov s ohľadom na jeho osobnú a majetkovú situáciu, súd nemôže oslobodenie priznať, ak je zrejmé, že u daného účastníka ide o zrejme bezúspešné uplatňovanie alebo bránenie práva (teda nie je naplnené aj druhé kritérium vyplývajúce zo zákona na priznanie oslobodenia od poplatkovej povinnosti). Vzhľadom na závery znaleckého dokazovania a následné rozhodnutie súdu o námietkach povinného je zrejmé, že povinný svojimi námietkami smerujúcimi proti exekučnému titulu celkom zjavne bezúspešne vyvolal potrebu vykonania znaleckého dokazovania súdnym znalcom z odboru písmoznalectva, pričom toto dokazovanie bolo nariadené výlučne len v jeho záujme. Odvolací súd po zohľadnení preukázaných majetkových a osobných pomerov povinného, ak aj vzhľadom na celkom zjavnú bezúspešnosť bránenia práva podľa ustanovenia § 219 ods. 1 a 2 O.s.p. uznesenie okresného súdu vo výroku, ktorým odňal povinnému oslobodenie od súdnych poplatkov potvrdil ako vecne správne, nakoľko u toho účastníka konania nie sú dané zákonné dôvody na priznanie oslobodenia od súdnych poplatkov. Vo zvyšnej, odvolaním nenapadnutej časti, zostáva uznesenie nedotknuté. Rozhodnutie bolo prijaté senátom Krajského súdu v Banskej Bystrici pomerom hlasov X : X. Poučenie: Proti tomuto uzneseniu odvolanie nie je prípustné.</w:t>
      </w:r>
    </w:p>
    <w:p/>
    <w:p>
      <w:r>
        <w:t>Zdroj: KAUZIS.SK – https://www.kauzis.sk/judikatura/r/ECLI:SK:KSBB:2012:6197899671.1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