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15CoE/145/2012 z 23. 7. 2012</w:t>
      </w:r>
    </w:p>
    <w:p>
      <w:r>
        <w:t>Uznesenie Krajského súdu Banská Bystrica z 23. júla 2012, sp. zn. 15CoE/145/2012, ECLI:SK:KSBB:2012:6197899671.2</w:t>
      </w:r>
    </w:p>
    <w:p>
      <w:r>
        <w:t>Súd: Krajský súd Banská Bystrica</w:t>
      </w:r>
    </w:p>
    <w:p>
      <w:r>
        <w:t>Spisová značka: 15CoE/145/2012</w:t>
      </w:r>
    </w:p>
    <w:p>
      <w:r>
        <w:t>ECLI: ECLI:SK:KSBB:2012:6197899671.2</w:t>
      </w:r>
    </w:p>
    <w:p>
      <w:r>
        <w:t>Dátum vydania: 23. 7. 2012</w:t>
      </w:r>
    </w:p>
    <w:p>
      <w:r>
        <w:t>Forma: Uznesenie</w:t>
      </w:r>
    </w:p>
    <w:p>
      <w:pPr>
        <w:pStyle w:val="Heading2"/>
      </w:pPr>
      <w:r>
        <w:t>Text rozhodnutia</w:t>
      </w:r>
    </w:p>
    <w:p>
      <w:r>
        <w:t>Súd: Krajský súd Banská Bystrica Spisová značka: 15CoE/145/2012 Identifikačné číslo súdneho spisu: 6197899671 Dátum vydania rozhodnutia: 24. 07. 2012 Meno a priezvisko sudcu, VSÚ: JUDr. Jaroslav Mikulaj ECLI: ECLI:SK:KSBB:2012:6197899671.2 Uznesenie Krajský súd v Banskej Bystrici v exekučnej veci oprávneného Performace Cargo, s.r.o., so sídlom Ul. Tajovského č. 15/6, 036 01 Martin, IČO 31 561 292, zast. JUDr. Dušan Stano, advokát, so sídlom Ul. Kollárova č. 35, 036 01 Martin, proti povinnému Z. N., nar. XX.XX.XXXX, bytom Ul. Z. č. X., XXX XX C. C. vedenej pod sp.zn. EX 716/96 súdnym exekútorom Mgr. Milan Somík, so sídlom exekútorského úradu Ul. Jilemnického č. 12, 036 01 Martin, pre vymoženie 730,27 eur s príslušenstvom a trov exekúcie, na odvolanie oprávneného proti uzneseniu Okresného súdu v Banskej Bystrici č. k. 2Er/78/1997-136, zo dňa 11. apríla 2011, takto r o z h o d o l : Odvolanie o d m i e t a . o d ô v o d n e n i e : Okresný súd napadnutým uznesením zamietol námietky povinného vznesené proti exekúcii vedenej súdnym exekútorom Mgr. Milanom Somíkom pod sp. zn. EX 719/96, na základe poverenia vydaného Okresným súdom v Banskej Bystrici dňa 12.02.2007 pod č. 5301 001619. Povinnému odňal oslobodenie od súdnych poplatkov priznané mu rozhodnutím Okresného súdu v Banskej Bystrici č.k. 2Er/78/1997-67 zo dňa 28.02.2007. Povinný je povinný uhradiť trovy konania štátu vo výške 378,48 eur, v lehote do troch dní do právoplatnosti uznesenia. Proti tomuto uzneseniu podal povinný odvolanie. Navrhol uznesenie okresného súdu zmeniť v jeho prospech. Namietal, že rozhodnutie Okresného súdu v Banskej Bystrici č.k. 1 Rob 561/96, ktoré má byť exekučným titulom v exekúcii, mu nebolo doručené - neprevzal. Nesúhlasí ani s odňatím oslobodenia od súdnych poplatkov a trovy štátu nemá z čoho zaplatiť. Povinný poukazoval na jeho finančné, majetkové a sociálne pomery. Krajský súd, ako súd odvolací, prejednal vec podľa § 214 ods. 2 zákona č. 99/1963 Zb. Občianskeho súdneho poriadku v znení neskorších predpisov (O.s.p.) bez nariadenia pojednávania a odvolanie povinného podľa § 218 ods. 1 písm. a) O.s.p. odmietol. Podľa ust. § 218 ods. 1 písm. a) O.s.p. odvolací súd odmietne odvolanie, ktoré bolo podané oneskorene. Podľa § 57 O.s.p.,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Podľa ust. § 204 O.s.p. odvolanie sa podáva do 15 dní od doručenia rozhodnutia na súde, proti rozhodnutiu ktorého smeruje. Ak bolo vydané opravné uznesenie, lehota plynie znovu od doručenia opravného uznesenia len v rozsahu vykonanej opravy (ods. 1). Odvolanie je podané včas aj vtedy, ak bolo podané po uplynutí lehoty podľa odseku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Uznesenie je písomnosť, ktorá sa účastníkom doručuje do vlastných rúk (§ 47 ods. 1, § 158 ods. 2 O.s.p. v spojení s ust. § 167 ods. 2 O.s.p.). Doručovanie do vlastných rúk znamená, že písomnosť nemožno vydať nikomu inému len adresátovi. Súd doručuje písomnosť sám alebo poštou (§ 45 ods. 1 prvá veta O.s.p.). V podaní povinného doručenom okresnému súdu dňa 26.06.2012, označenom odvolanie, povinný výslovne uviedol, že sa odvoláva voči uzneseniu č.k. 2Er/78/1997-136, t.j. uzneseniu, ktoré bolo vydané vyšším súdnym úradníkom Okresného súdu v Banskej Bystrici dňa 11.04.2011. Z tohto vychádzal pri rozhodovaní o odvolaní povinného odvolací súd. Oneskorenosť podania odvolania mal odvolací súd preukázanú z obsahu spisu. Doporučená zásielka určená do vlastných rúk adresáta Z. N., ktorá obsahovala uznesenie Okresného súdu v Banskej Bystrici č.k. 2Er/71997-136 zo dňa 11.04.2011, mu bola doručená prostredníctvom pošty Banská Bystrica, na adresu Ul. Z. č.XX.XX.XXXX. C. C., dňa 19.04.2011. Prevzatie tejto zásielky potvrdil na doručenke dodacej pošty vlastnoručným podpisom. Niet tak pochýb o riadnom doručení uznesenia prvostupňového súdu povinnému. Lehota na podanie odvolania voči tomuto uzneseniu začala plynúť dňa 20.04.2011, prvý nasledujúci deň po doručení uznesenia, a 15-ty deň lehoty pripadol na 05.05.2011 (štvrtok). Odvolanie povinného doručené okresnému súdu dňa 26.06.2012, datované dňom 20.06.2012, bolo podané pošte na prepravu dňa 22.06.2012, o čom svedčí pečiatka podacej pošty Banská Bystrica vyznačená na obálke v ktorej bolo zaslané. Je nepochybné, že odvolanie bolo podané po uplynutí 15- dňovej zákonnej odvolacej lehoty, zjavne so značným časovým odstupom. Odvolací súd nemal inú možnosť, než odvolanie odmietnuť, ako oneskorene podané podľa § 218 ods. 1 a) O.s.p.. Zároveň, bez ohľadu na oneskorenosť podania odvolania povinného doručeného okresnému súdu dňa 26.06.2012, je v danom prípade splnený i ďalší zákonný dôvod pre odmietnutie tohto odvolania a to podľa ust. § 218 ods. 1 písm. c) O.s.p., podľa ktorého odvolací súd odmietne odvolanie, ktoré smeruje proti rozhodnutiu, proti ktorému odvolanie nie je prípustné. Podľa § 201 veta prvá O.s.p. účastník môže napadnúť rozhodnutie súdu prvého stupňa odvolaním, pokiaľ to zákon nevylučuje. Podľa § 202 ods. 2 O.s.p. odvolanie nie je prípustné ani proti uzneseniu v exekučnom konaní podľa osobitného zákona (zákona č. 233/1995 Zb. o exekútoroch a exekučnej činnosti - Exekučný poriadok), ak tento osobitný zákon neustanovuje inak. Uznesenie Okresného súdu v Banskej Bystrici č.k. 2Er/78/1997-136 zo dňa 11.04.2011 je prvostupňové rozhodnutie, ktoré bolo vydané vyšším súdnym úradníkom. Avšak toto rozhodnutie už bolo preskúmané súdom vyššieho II. stupňa - prešlo štádiom odvolacieho konania a to v nadväznosti na odvolanie povinného podané proti tomuto uzneseniu ešte dňa 03.05.2011, ktoré bolo povinným v tom čase podané v zákonnej lehote (včas). Daná vec bola potom právoplatne skončená v ďalšom procesnom postupe súdu, keď na odvolanie povinného zo dňa 3.05.2011: a) proti výroku, ktorým okresný súd zamietol námietky povinného vznesené proti exekúcii rozhodol opätovne sudca okresného súdu zákonným postupom upraveným v ust. § 374 ods. 4, tretia veta O.s.p. (ako orgán odvolací proti rozhodnutiu vyššieho súdneho úradníka, voči ktorému inak odvolanie nie je prípustné - § 50 ods. 4 Exekučného poriadku) a to uznesením č.k. 2Er/78/1997-167 zo dňa 25.01.2011, voči ktorému odvolanie nie je prípustné (§ 202 ods. 2 O.s.p. v spojení s ust. § 50 ods. 4 Exekučného poriadku). Povinnému bolo toto rozhodnutie doručené dňa 28.10.2011. Treba uviesť, že v tejto časti - vo výroku o zmietnutí námietok povinného voči exekúcii už uznesenie okresného súdu zo dňa 11.4.2011 ani neexistuje (bolo nahradené uznesením sudcu zo dňa 25.01.2011). b) proti výroku ktorým okresný súd povinnému odňal oslobodenie od súdnych poplatkov rozhodol ako súd odvolací Krajský súd v Banskej Bystrici uznesením č.k.14CoE/469/2011-177 zo dňa 01.02.2012, tak, že uznesenie okresného súdu zo dňa 11.04.2011 v tomto výroku potvrdil. Opäť ide o rozhodnutie súdu II. stupňa, proti ktorému zákon odvolanie nepripúšťa (§ 201 O.s.p.). Povinnému bolo toto rozhodnutie doručené dňa 17.02.2012 (v spojení s týmto uznesením sa správoplatnil stav ako rozhodol súd I. st. dňa 11.04.2011). Krajský súd zároveň konštatoval, že vo zvyšnej časti t.j. vo výroku o povinnosti povinného uhradiť trovy konania štátu uznesenie nie je dotknuté, keďže nebolo voči nemu v tom čase podané odvolanie (teda dňa 11.04.2011 rozhodol I. st. súd s konečnou platnosťou). Zo zisteného stavu je zrejmé, že odvolanie povinného doručené okresnému súdu dňa 26.06.2012 bolo povinným podané proti uzneseniu okresného súdu na č.l. 136 zo dňa 11.04.2011 „opakovane", po tom, čo už je vo veci právoplatne rozhodnuté - vec bola právoplatne skončená v odvolacom konaní, voči výsledku ktorého už odvolanie nie je prípustné (§ 218 ods. 1 písm. c) O.s.p.) - zásada dvojinštančnosti konania. Z tohto hľadiska je potom právne bez významu skutočnosť či odvolanie povinného doručené súdu dňa 26.06.2012 ne/bolo podané včas. Odmietnutie odvolania podľa § 218 O.s.p. vyjadruje procesnú situáciu, v ktorej sa odvolací súd vôbec nezaoberal obsahom napadnutého rozhodnutia, pretože zistil niektorý z dôvodov, ktorý viedol k nemeritórnemu rozhodnutiu. Poučenie: Proti tomuto uzneseniu odvolanie nie je prípustné.</w:t>
      </w:r>
    </w:p>
    <w:p/>
    <w:p>
      <w:r>
        <w:t>Zdroj: KAUZIS.SK – https://www.kauzis.sk/judikatura/r/ECLI:SK:KSBB:2012:6197899671.2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