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15Co/114/2011 z 18. 3. 2012</w:t>
      </w:r>
    </w:p>
    <w:p>
      <w:r>
        <w:t>Uznesenie Krajského súdu Banská Bystrica z 18. marca 2012, sp. zn. 15Co/114/2011, ECLI:SK:KSBB:2012:6410209554.3</w:t>
      </w:r>
    </w:p>
    <w:p>
      <w:r>
        <w:t>Súd: Krajský súd Banská Bystrica</w:t>
      </w:r>
    </w:p>
    <w:p>
      <w:r>
        <w:t>Spisová značka: 15Co/114/2011</w:t>
      </w:r>
    </w:p>
    <w:p>
      <w:r>
        <w:t>ECLI: ECLI:SK:KSBB:2012:6410209554.3</w:t>
      </w:r>
    </w:p>
    <w:p>
      <w:r>
        <w:t>Dátum vydania: 18. 3. 2012</w:t>
      </w:r>
    </w:p>
    <w:p>
      <w:r>
        <w:t>Forma: Uznesenie</w:t>
      </w:r>
    </w:p>
    <w:p>
      <w:pPr>
        <w:pStyle w:val="Heading2"/>
      </w:pPr>
      <w:r>
        <w:t>Text rozhodnutia</w:t>
      </w:r>
    </w:p>
    <w:p>
      <w:r>
        <w:t>Súd: Krajský súd Banská Bystrica Spisová značka: 15Co/114/2011 Identifikačné číslo súdneho spisu: 6410209554 Dátum vydania rozhodnutia: 19. 03. 2012 Meno a priezvisko sudcu, VSÚ: JUDr. Jaroslav Mikulaj ECLI: ECLI:SK:KSBB:2012:6410209554.3 Uznesenie Krajský súd v Banskej Bystrici v právnej veci žalobcov 1/ I. K., nar. XX.XX.XXXX, bytom U. F. XXX, 2/ U. K., nar. XX.XX.XXXX, bytom L. U. W. I., K. Y. XXX, S. C., 3/ H. O., nar. XX.XX.XXXX, bytom F. XX, A., S. C., všetci zast. JUDr. Petrom Krchnákom, advokátom, so sídlom Advokátskej kancelárie F. U., V. X, proti žalovanej C. R., nar. XX.XX.XXXX, bytom L. U. W. I., L. U. U. U. XX, S. C., zast. JUDr. Ľudmilou Petrušovou, advokátkou, so sídlom Advokátskej kancelárie A. W. Q., A. H. XX, o určenie, že žalobcovia sú dedičmi po poručiteľovi E. K., na odvolanie žalobcov proti rozsudku Okresného súdu v Žiari nad Hronom č.k. 4C/237/2010-49, zo dňa 21.03.2011, takto r o z h o d o l : Žalovanej trovy odvolacieho konania nepriznáva. o d ô v o d n e n i e : Okresný súd napadnutým rozsudkom žalobu žalobcov, ktorou sa domáhali, aby bolo určené, že I. K., nar. XX.XX.XXXX, U. F. XXX, U. K., nar. XX.XX.XXXX, L. U. W. I., K. Y. XXX, S. C. a H. O., nar. XX.XX.XXXX, M. XX, F. F., sú dedičmi po poručiteľovi E. K., r.č. XXXXXX/XXX, naposledy bytom F. U., X. Y. XX, zomrelom dňa XX.XX.XXXX, zamietol. Žalobcov 1/ až 3/ zaviazal zaplatiť žalovanej na účet jej právnej zástupkyne JUDr. Ľudmily Petrušovej sumu 220,57 eur, ako trovy konania, a to spoločne a nerozdielne do 3 dní od právoplatnosti rozsudku. Na odvolanie odporcu Krajský súd v Banskej Bystrici rozsudkom č.k. 15Co/114/2011-69, zo dňa 29.02.2012 rozhodol tak, že odvolaním napadnutý rozsudok okresného súdu ako vecne správny potvrdil. O trovách odvolacieho konania odvolací súd s poukazom na ustanovenie § 214 ods.5 O.s.p. (v znení zákona č. 388/2011 Z.z., účinného od 01.01.2011) v čase vyhlásenia rozsudku nerozhodol. Podľa § 214 ods. 4 Občianskeho súdneho poriadku (ďalej v texte „O.s.p.“), ak odvolací súd verejne vyhlási rozsudok bez nariadenia pojednávania, doručí ho prítomným účastníkom hneď po jeho vyhlásení. Neprítomným účastníkom ho odošle najneskôr do troch dní; to neplatí, ak je potrebné vydať uznesenie podľa odseku 5. V takom prípade odvolací súd doručí rozsudok súčasne s uznesením podľa odseku 5. Podľa § 214 ods. 5 O.s.p., ak nemožno v čase verejného vyhlásenia rozsudku možné rozhodnúť o náhrade trov konania, pretože neboli vyčíslené, odvolací súd rozhodne samostatným uznesením. Rovnako postupuje, ak si účastníci konania uplatnia náhradu trov konania v súvislosti s verejným vyhlásením rozsudku. Podľa § 224 ods. 1 O.s.p., ustanovenia o trovách konania pred súdom prvého stupňa platia i pre odvolacie konanie. Podľa § 142 ods. 1 O.s.p., účastníkovi, ktorý mal vo veci plný úspech, súd prizná náhradu trov potrebných na účelné uplatňovanie alebo bránenie práva proti účastníkovi, ktorý vo veci úspech nemal. Podľa § 151 ods. 1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O trovách odvolacieho konania rozhodol odvolací súd podľa § 142 ods. 1 O.s.p., podľa ktorého, účastníkovi, ktorý mal vo veci plný úspech, súd prizná náhradu trov potrebných na účelné uplatňovanie alebo bránenie práva proti účastníkovi, ktorý vo veci úspech nemal. Žalobcovia neboli v odvolacom konaní úspešní a vznikla im povinnosť uhradiť trovy odvolacieho konania úspešnej žalovanej. Keďže však žalovaná návrh na priznanie trov odvolacieho konania nepodala a o trovách konania (s výnimkou trov štátu) rozhoduje súd len na návrh, odvolací súd jej trovy odvolacieho konania nepriznal. O veci senát odvolacieho súdu rozhodol pomerom hlasov členov senátu X:X. Poučenie: Proti tomuto rozhodnutiu odvolanie nie je prípustné.</w:t>
      </w:r>
    </w:p>
    <w:p/>
    <w:p>
      <w:r>
        <w:t>Zdroj: KAUZIS.SK – https://www.kauzis.sk/judikatura/r/ECLI:SK:KSBB:2012:6410209554.3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