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3To/31/2012 z 24. 4. 2012</w:t>
      </w:r>
    </w:p>
    <w:p>
      <w:r>
        <w:t>Rozsudok Krajského súdu Banská Bystrica z 24. apríla 2012, sp. zn. 3To/31/2012, ECLI:SK:KSBB:2012:6411010489.1</w:t>
      </w:r>
    </w:p>
    <w:p>
      <w:r>
        <w:t>Súd: Krajský súd Banská Bystrica</w:t>
      </w:r>
    </w:p>
    <w:p>
      <w:r>
        <w:t>Spisová značka: 3To/31/2012</w:t>
      </w:r>
    </w:p>
    <w:p>
      <w:r>
        <w:t>ECLI: ECLI:SK:KSBB:2012:6411010489.1</w:t>
      </w:r>
    </w:p>
    <w:p>
      <w:r>
        <w:t>Dátum vydania: 24. 4. 2012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3To/31/2012 Identifikačné číslo súdneho spisu: 6411010489 Dátum vydania rozhodnutia: 25. 04. 2012 Meno a priezvisko sudcu, VSÚ: JUDr. Alojz Palaj ECLI: ECLI:SK:KSBB:2012:6411010489.1 ROZSUDOK V MENE SLOVENSKEJ REPUBLIKY Krajský súd v Banskej Bystrici, v senáte zloženom z predsedu senátu JUDr. Alojza Palaja a sudcov JUDr. Jozefa Ryanta a JUDr. Slavoja Sendeckého, na verejnom zasadnutí dňa 25. apríla 2012, v trestnej veci obžalovaného P. Q., o odvolaní obžalovaného proti rozsudku Okresného súdu v Žiari nad Hronom z 18.10.2011, sp.zn. 2T 128/11 takto r o z h o d o l : Podľa § 321 ods. 1 písm. e), ods. 2 Tr. por. z r u š u j e napadnutý rozsudok okresného súdu vo výroku o treste odňatia slobody a spôsobe jeho výkonu. Rozhodujúc sám podľa § 322 ods. 3 Tr. por. obžalovaného P. Q. o d s u d z u j e podľa § 348 ods. 1, § 38 ods. 2, § 54 Tr. zák. na trest povinnej práce vo výmere 250 hodín. Podľa § 55 ods. 1 Tr. zák. sa mu ukladá povinnosť podrobiť sa v súčinnosti s probačným a mediačným úradníkom alebo iným odborníkom programu sociálneho výcviku. o d ô v o d n e n i e : Obžalovaný P. Q. bol napadnutým rozsudkom súdu prvého stupňa uznaný za vinného z prečinu marenia výkonu úradného rozhodnutia podľa § 348 ods. 1 písm. a) Tr. zák. na tom skutkovom základe, že napriek tomu, že dňa 17.03.2011 prevzal výzvu na nastúpenie do výkonu trestu v Ústave na výkon väzby W. W. najneskôr do 4.4.2011, na základe uznesenia Okresného súdu Nitra sp.zn. 4T 77/2009 zo 6.12.2010 v spojení s uznesením Krajského súdu v Nitre, sp.zn. 1Tos 5/2011 zo 16.2.2011, ktorým mu bol uložený výkon náhradného trestu odňatia slobody vo výmere troch mesiacov so zaradením do ústavu na výkon trestu s minimálnym stupňom stráženia, trest v uvedenom termíne nenastúpil, preto bol do výkonu trestu odňatia slobody dodaný príslušníkmi Obvodného oddelenia PZ Žarnovica dňa 12.4.2011. Za to bol odsúdený podľa § 348 ods. 1 Tr. zák., § 37 písm. m), § 38 ods. 2,4 Tr. zák. na trest odňatia slobody vo výmere 8 mesiacov a podľa § 48 ods. 2 písm. b) Tr. zák. bol pre výkon trestu zaradený do ústavu na výkon trestu so stredným stupňom stráženia. Proti rozsudku súdu prvého stupňa podal obžalovaný v zákonom stanovenej lehote odvolanie, ktorým sa domáhal preskúmania napadnutého rozsudku, jeho zrušenia a oslobodenia spod obžaloby, v krajnom prípade uloženia trestu na slobode. V rámci svojej obhajoby obžalovaný nielen v odvolaní, ale aj v rámci celého konania prednášal rovnaké argumenty v tom smere, že v prvom rade nenastúpil v stanovený čas výkonu trestu odňatia slobody, pretože pred tým ako mal nastúpiť výkon trestu odňatia slobody sa mu značne skomplikoval život v zmysle zhoršenia zdravotného stavu dcéry jeho družky, ktorá ho považuje za otca, v zmysle častých epileptických záchvatov. Okrem toho si chcel dať do poriadku ostatné záležitosti v zmysle zákona, keď dostal predvolanie na Okresný súd v Žiari nad Hronom a tiež mal 04.04.2011 pohovor na OO PZ v Žarnovici, v rámci výkonu ochranného dohľadu uloženého predtým. Tieto skutočnosti oznámil aj riaditeľovi Ústavu na výkon trestu a zároveň ho požiadal o odloženie nástupu výkonu trestu odňatia slobody o 1 týždeň, s pánom M. došlo k dohode, že môže nastúpiť o týždeň neskoršie, čiže 12.04.2011. Pred týmto dátumom bol pripravený nastúpiť výkon trestu odňatia slobody, bol zbalený, ale skôr ako stihol vycestovať do výkonu trestu, prišla polícia a hrubým spôsobom voči nemu zasiahla a predviedla ho do výkonu trestu odňatia slobody bez toho, aby boli jeho argumenty akceptované alebo preverená ich pravdivosť. Krajský súd na základe odvolania obžalovaného preskúmal v zmysle ust. § 317 ods. 1 Tr. por. zákonnosť a odôvodnenosť všetkých výrokov napadnutého rozsudku, ako aj správnosť postupu konania, ktoré predchádzalo napadnutému rozsudku, zistil, že odvolanie obžalovaného je čiastočne dôvodné, a to vo vzťahu k uloženému trestu. Pokiaľ ide o skutkové a právne závery súdu prvého stupňa v zmysle uznanej viny, súd prvého stupňa postupoval zákonným spôsobom pri vykonávaní dokazovania a následného hodnotenia dôkazov v zmysle § 2 ods. 12 Tr. por., pretože je nesporne preukázané, že obžalovaný bez toho, aby oficiálnou cestou požiadal o odklad výkonu trestu odňatia slobody, v stanovenom termíne tento výkon nenastúpil. Na druhej strane však krajský súd uznal čiastočnú obhajobnú argumentáciu obžalovaného v tom smere, že nejde celkom o typické úmyselné vyhýbanie sa nástupu výkonu trestu odňatia slobody, hoci v minulosti aj za takýto prečin už odsúdený potrestaný bol, ale každý prípad je iný a v tomto smere aj na verejnom zasadnutí prítomná družka obžalovaného potvrdila zdravotný stav jej dcéry a zdravotné problémy v čase ako uvádzal obžalovaný, teda pred povinným nástupom výkonu jeho trestu, pritom predložil na verejnom zasadnutí aj lekárske potvrdenie o tejto ich udalosti a zdravotnom stave dcéry družky obžalovaného, s ktorým žijú v spoločnej domácnosti a jej dcéra ho považuje za svojho otca. Vzhľadom aj na tieto skutočnosti a nevyvrátenú obhajobu obžalovaného v tom smere, že v rámci právomoci riaditeľa ústavu pre výkon trestu odňatia slobody dostal ústny súhlas na odklad nástupu výkonu trestu odňatia slobody o 1 týždeň, možno prihliadnuť k týmto skutočnostiam pri rozhodovaní o druhu a výmere trestu v zmysle § 34 Tr. zák. V tomto prípade podľa názoru odvolacieho súdu si okolnosti prípadu, závažnosť predmetného prečinu a jeho následky nevyžadujú nevyhnutné pôsobenie na obžalovaného v zmysle nepodmienečného trestu tak, ako to ustálil súd prvého stupňa v napadnutom rozsudku, preto v tejto časti napadnutý rozsudok odvolací súd zrušil a rozhodol sám v zmysle výrokovej časti tohto rozsudku. Tento druh a výmera trestu podľa názoru odvolacieho súdu u obžalovaného môže spolu s uloženou povinnosťou v zmysle § 55 ods. 1 Tr. zák. splniť lepšie zákonom sledovaný účel aj z pohľadu, aby výkonom trestu odňatia slobody nebola postihnutá viac rodina obžalovaného ako on sám. Z uvedených dôvodov potom krajský súd rozhodol tak, ako je to ustálené vo výrokovej časti tohto rozsudku. Poučenie: Proti tomuto rozsudku ďalší riadny opravný prostriedok nie je prípustný.</w:t>
      </w:r>
    </w:p>
    <w:p/>
    <w:p>
      <w:r>
        <w:t>Zdroj: KAUZIS.SK – https://www.kauzis.sk/judikatura/r/ECLI:SK:KSBB:2012:6411010489.1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