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24S/91/2012 z 4. 12. 2012</w:t>
      </w:r>
    </w:p>
    <w:p>
      <w:r>
        <w:t>Uznesenie Krajského súdu Banská Bystrica z 4. decembra 2012, sp. zn. 24S/91/2012, ECLI:SK:KSBB:2012:6412210566.2</w:t>
      </w:r>
    </w:p>
    <w:p>
      <w:r>
        <w:t>Súd: Krajský súd Banská Bystrica</w:t>
      </w:r>
    </w:p>
    <w:p>
      <w:r>
        <w:t>Spisová značka: 24S/91/2012</w:t>
      </w:r>
    </w:p>
    <w:p>
      <w:r>
        <w:t>ECLI: ECLI:SK:KSBB:2012:6412210566.2</w:t>
      </w:r>
    </w:p>
    <w:p>
      <w:r>
        <w:t>Dátum vydania: 4.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24S/91/2012 Identifikačné číslo súdneho spisu: 6412210566 Dátum vydania rozhodnutia: 05. 12. 2012 Meno a priezvisko sudcu, VSÚ: JUDr. Jana Novotná ECLI: ECLI:SK:KSBB:2012:6412210566.2 Uznesenie Krajský súd v Banskej Bystrici v právnej veci žalobcov: 1/ R. Y., nar. XX.X.XXXX, bytom J. B. XXX/X, XXX XX T. a 2/ I. Y., nar. XX.XX.XXXX, bytom J. B. XXX/X, XXX XX T. proti žalovanému: Mesto Kremnica - Stavebný úrad, Štefánikovo nám. 1/1, 967 01 Kremnica, IČO: 320 781, o preskúmanie zákonnosti rozhodnutia a postupu žalovaného č. Výst. 2012/00105, Výst. 2011/01602 zo dňa 17. februára 2012 takto r o z h o d o l : Súd odvolaniu v y h o v u j e a uznesenie č.k. 24S/91/2012 - 35 zo dňa 12. septembra 2012 z r u š u j e. o d ô v o d n e n i e : Okresnému súdu Žiar nad Hronom bola dňa 15. augusta 2012 doručená žaloba, ktorou sa žalobcovia 1/ R. Y., nar. XX.X.XXXX, bytom J. B. XXX/X, XXX XX T. a 2/ I. Y., nar. XX.XX.XXXX, bytom J. B. XXX/X, XXX XX T. domáhajú preskúmania zákonnosti rozhodnutia a postupu žalovaného Mesta Kremnica - Stavebný úrad, Štefánikovo nám. 1/1, 967 01 Kremnica, IČO: 320 781 č. Výst. 2012/00105, Výst. 2011/01602 zo dňa 17. februára 2012, ktorým žalovaný nariadil žalobcom odstránenie stavby „Hospodárska budova s prístreškom“ na pozemku parc. č. C-KN XXX/X v katastrálnom území T.. Okresný súd Banská Bystrica dňa 17. augusta 2012 postúpil vec Krajskému súdu v Banskej Bystrici ako vecne a miestne príslušnému na konanie vo veci. Krajskému súdu v Banskej Bystrici bola vec doručená dňa 30. augusta 2012. Súd uznesením č.k. 24S/91/2012 - 35 zo dňa 12. septembra 2012 konanie zastavil z dôvodu, že žalobcovia podali žalobu voči rozhodnutiu žalovaného, ktoré nie je konečným rozhodnutím vo veci, a preto nemôže byť predmetom preskúmavania súdom. Dňa 10. októbra 2012 bolo súdu doručené odvolanie žalobcov proti uzneseniu tunajšieho súdu č.k. 24S/91/2012 - 35 zo dňa 12. septembra 2012. Žalobcovia v odvolaní uviedli, že súčasťou spisového materiálu o preskúmateľnosti súdom bolo aj uznesenie č. KSU BB-2012-489/712-1:OŠSSBi zo dňa 09. mája 2012 doručené žalobcovi dňa 31. júla 2012, ktoré je konečné a nebolo proti nemu možné podať riadne odvolanie, a to je dôvod, prečo sa domáhajú preskúmateľnosti súdom. Podľa § 247 ods. 1 Občianskeho súdneho poriadku (ďalej len „O.s.p.“) podľa ustanovení tejto hlavy sa postupuje v prípadoch, v ktorých fyzická alebo právnická osoba tvrdí, že bola na svojich právach ukrátená rozhodnutím a postupom správneho orgánu, a žiada, aby súd preskúmal zákonnosť tohto rozhodnutia a postupu. Podľa § 247 ods. 2 O.s.p. pri rozhodnutí správneho orgánu vydaného v správnom konaní je predpokladom postupu podľa tejto hlavy, aby išlo o rozhodnutie, ktoré po vyčerpaní riadnych opravných prostriedkov, ktoré sa preň pripúšťajú, nadobudlo právoplatnosť. Podľa § 374 ods. 4 O.s.p. proti rozhodnutiu súdneho úradníka alebo justičného čakateľa je vždy prípustné odvolanie.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Ak odvolanie podané v odvolacej lehote oprávnenou osobou smeruje proti rozhodnutiu súdneho úradníka alebo justičného čakateľa, proti ktorému zákon odvolanie nepripúšťa ( § 202), rozhodnutie sa podaním odvolania zrušuje a opätovne rozhodne sudca. Súd na základe odvolania žalobcov zistil, že v predmetnej veci bolo v správnom konaní proti touto žalobou napadnutému rozhodnutiu podané odvolanie, na základe ktorého Krajský stavebný úrad v Banskej Bystrici, Nám. Ľ. Štúra 1, 974 05 Banská Bystrica rozhodnutím č. KSU BB-2012-489/712-1:OŠSS Bi zo dňa 09. mája 2012 odvolanie žalobcov ako neopodstatnené zamietol a napadnuté rozhodnutie mesta T. č. Výst. 2012/00105, Výst. 2011/01602 zo dňa 17. februára 2012 potvrdil. Toto rozhodnutie je konečné a nie je možné podať proti nemu odvolanie. Z uvedeného vyplýva, že žalobcovia síce nesprávne označili žalovaného a napadnuté rozhodnutie, avšak vo veci bolo v správnom konaní rozhodnuté konečným rozhodnutím, voči ktorému nie je možné podať odvolanie. S ohľadom na uvedené skutočnosti súd odvolaniu žalobcov vyhovel a uznesenie o zastavení konania č.k. 24S/91/2012 - 35 zo dňa 12. septembra 2012 zrušil na základe § 374 ods. 4 druhá veta O.s.p.. Poučenie: Proti tomuto uzneseniu je prípustné odvolanie, ktoré možno podať v lehote 15 dní od jeho doručenia na súde, proti rozhodnutiu ktorého smeruje. V odvolaní sa má popri všeobecných náležitostiach (§42 ods.3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https://www.kauzis.sk/judikatura/r/ECLI:SK:KSBB:2012:6412210566.2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