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43Cob/256/2011 z 4. 3. 2012</w:t>
      </w:r>
    </w:p>
    <w:p>
      <w:r>
        <w:t>Rozhodnutie Krajského súdu Banská Bystrica z 4. marca 2012, sp. zn. 43Cob/256/2011, ECLI:SK:KSBB:2012:6611204238.2</w:t>
      </w:r>
    </w:p>
    <w:p>
      <w:r>
        <w:t>Súd: Krajský súd Banská Bystrica</w:t>
      </w:r>
    </w:p>
    <w:p>
      <w:r>
        <w:t>Spisová značka: 43Cob/256/2011</w:t>
      </w:r>
    </w:p>
    <w:p>
      <w:r>
        <w:t>ECLI: ECLI:SK:KSBB:2012:6611204238.2</w:t>
      </w:r>
    </w:p>
    <w:p>
      <w:r>
        <w:t>Dátum vydania: 4. 3.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Banská Bystrica Spisová značka: 43Cob/256/2011 Identifikačné číslo súdneho spisu: 6611204238 Dátum vydania rozhodnutia: 05. 03. 2012 Meno a priezvisko sudcu, VSÚ: JUDr. Eva Kmeťová ECLI: ECLI:SK:KSBB:2012:6611204238.2 Rozhodnutie Krajský súd v Banskej Bystrici ako súd odvolací v právnej veci žalobcu GLOBAL PACIFIC WEST, s.r.o. so sídlom Vysoká 16, Bratislava, IČO: 35 951 796, zast. JUDr. Adrianou Čebík, advokátkou, so sídlom Šuňavcova 1, Bratislava proti žalovanému AGROLAN, a.s. so sídlom Železničná 2, Čaňa, IČO: 31 562 736, zast. agner &amp; partners, s.r.o. so sídlom Špitálska 10, Bratislava, IČO: 36 722 758, v konaní o určenie neplatnosti uznesení valného zhromaždenia, o odvolaní žalobcu proti rozsudku Okresného súdu v Lučenci č.k. 13Cb/37/2011-137, IČS: 6611204238 zo dňa 08.augusta 2011 v senáte jednohlasne takto r o z h o d o l : Žalovanému náhradu trov odvolacieho konania nepriznáva. o d ô v o d n e n i e : Krajský súd v Banskej Bystrici ako súd odvolací v tejto veci rozsudkom č. k. 43Cob/256/2011-196 vyhláseným dňa 28. 02. 2012 rozsudok Okresného súdu v Lučenci č. k. 13Cb/37/2011-137 zo dňa 08. augusta 2011 potvrdil a vyslovil, že o trovách odvolacieho konania rozhodne podľa §214 ods. 5 OSP. Odvolací súd rozhodol v zmysle § 214 ods. 2 OSP bez nariadenia pojednávania, pričom podľa § 211 ods. 2 a § 156 ods. 3 OSP bolo miesto a čas verejného vyhlásenia rozhodnutia oznámené na úradnej tabuli odvolacieho súdu. Podľa § 214 ods. 5 OSP, ak nemožno v čase verejného vyhlásenia rozsudku rozhodnúť o náhrade trov konania, pretože neboli vyčíslené, odvolací súd rozhodne samostatným uznesením. Rovnako postupuje, ak si účastníci konania uplatnia náhradu trov konania v súvislosti s verejným vyhlásením rozsudku. Podľa § 224 ods. 1 OSP, ustanovenia o trovách konania pred súdom prvého stupňa platia i pre odvolacie konanie. Podľa § 151 ods. 1 OSP,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4 OSP, ak sa rozhodnutie, ktorým sa konanie končí, nevyhlasuje a bol podaný návrh na rozhodnutie o trovách, súd vyzve účastníka na vyčíslenie trov do troch pracovných dní od doručenia výzvy. Ustanovenia odsekov 1 a 2 platia primerane. Žalovaný sa k odvolaniu podanému žalobcom vyjadril písomným podaním zo dňa 23.09.2011, v ktorom tiež navrhol, aby odvolací súd uložil žalobcovi povinnosť nahradiť žalovanému trovy odvolacieho konania, vyčíslené do 3 dní od vyhlásenia rozsudku. Žalovaný bol v odvolacom konaní úspešný, preto by mal právo na náhradu trov odvolacieho konania (§ 224 ods. 1 a § 142 ods. 1 OSP). Žalovaný podal aj návrh na priznanie náhrady trov odvolacieho konania (§151 ods. 1 OSP), nakoľko si však trovy právneho zastúpenia v zákonom stanovenej 3-dňovej lehote od vyhlásenia rozsudku nevyčíslil, pričom podľa spisu mu iné trovy v odvolacom konaní nevznikli, odvolací súd mu náhradu trov odvolacieho konania nepriznal. Poučenie: Proti tomuto rozhodnutiu odvolanie nie je prípustné.</w:t>
      </w:r>
    </w:p>
    <w:p/>
    <w:p>
      <w:r>
        <w:t>Zdroj: KAUZIS.SK – https://www.kauzis.sk/judikatura/r/ECLI:SK:KSBB:2012:6611204238.2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