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41Cob/160/2011 z 21. 8. 2012</w:t>
      </w:r>
    </w:p>
    <w:p>
      <w:r>
        <w:t>Opravné uznesenie Krajského súdu Banská Bystrica z 21. augusta 2012, sp. zn. 41Cob/160/2011, ECLI:SK:KSBB:2012:6709205015.2</w:t>
      </w:r>
    </w:p>
    <w:p>
      <w:r>
        <w:t>Súd: Krajský súd Banská Bystrica</w:t>
      </w:r>
    </w:p>
    <w:p>
      <w:r>
        <w:t>Spisová značka: 41Cob/160/2011</w:t>
      </w:r>
    </w:p>
    <w:p>
      <w:r>
        <w:t>ECLI: ECLI:SK:KSBB:2012:6709205015.2</w:t>
      </w:r>
    </w:p>
    <w:p>
      <w:r>
        <w:t>Dátum vydania: 21. 8. 2012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41Cob/160/2011 Identifikačné číslo súdneho spisu: 6709205015 Dátum vydania rozhodnutia: 22. 08. 2012 Meno a priezvisko sudcu, VSÚ: JUDr. Alena Križanová ECLI: ECLI:SK:KSBB:2012:6709205015.2 Opravné uznesenie Krajský súd v Banskej Bystrici, ako súd odvolací, v senáte zloženom z predsedníčky JUDr. Aleny Križanovej a členiek senátu JUDr. Daniely Maštalířovej a JUDr. Miroslavy Púchovskej v právnej veci navrhovateľa F.. S. K. - P.S. TEAM, Ľ. Štúra 7, Veľký Krtíš, IČO:10 917 004, zast. BAKO JANČIAR LEVRINC - advokáti, s. r. o., J. Kozačeka 13E, Zvolen, IČO: 36 859 842 proti odporcovi INTERSPED RS, a. s. o., Bôrická cesta 107/3047, Žilina, IČO:44 089 473 o zaplatenie 2.023,--eur s príslušenstvom, o odvolaní odporcu proti rozsudku Okresného súdu Zvolen č. k. 12Cb/69/2009-196, IČS:6709205015 zo dňa 4. februára 2011 takto r o z h o d o l : Rozsudok Krajského súdu v Banskej Bystrici č. k. 41Cob/160/2011, IČS:6709205015 zo dňa 31. júla 2012 sa opravuje takto: Odporca je povinný nahradiť navrhovateľovi trovy odvolacieho konania vo výške 94,54 eur. o d ô v o d n e n i e : Krajský súd v Banskej Bystrici rozsudkom č. k. 41Cob/160/2011 rozsudok Okresného súdu Zvolen č. k. 12Cb/69/2009-169, IČS:6709205015 zo dňa 4. februára 2011 v napadnutej časti výroku rozhodnutia, ktorým bol odporca zaviazaný zaplatiť navrhovateľovi sumu 1.327,76 eur s príslušenstvom a nahradiť mu trovy konania vo výške 1.057,30 eur potvrdil. Pri písomnom vyhotovení rozsudku došlo k zrejmej chybe vo výroku rozhodnutia, a to v časti výroku o trovách konania, keď odvolací súd opomenul uviesť vo výroku rozhodnutia výrokovú vetu týkajúcu sa trov konania. V odôvodnení rozhodnutia, ako aj v zápisnici z verejného vyhlásenia rozsudku odvolací súd priznal navrhovateľovi trovy odvolacieho konania vo výške 94,54 eur. Odvolací súd preto s poukazom na ust. § 164 O. s. p. previedol opravu rozhodnutia týmto opravným uznesením. Poučenie: Proti tomuto rozsudku odvolanie nie je prípustné.</w:t>
      </w:r>
    </w:p>
    <w:p/>
    <w:p>
      <w:r>
        <w:t>Zdroj: KAUZIS.SK – https://www.kauzis.sk/judikatura/r/ECLI:SK:KSBB:2012:6709205015.2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