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17Co/126/2012 z 30. 5. 2012</w:t>
      </w:r>
    </w:p>
    <w:p>
      <w:r>
        <w:t>Uznesenie Krajského súdu Banská Bystrica z 30. mája 2012, sp. zn. 17Co/126/2012, ECLI:SK:KSBB:2012:6711205830.1</w:t>
      </w:r>
    </w:p>
    <w:p>
      <w:r>
        <w:t>Súd: Krajský súd Banská Bystrica</w:t>
      </w:r>
    </w:p>
    <w:p>
      <w:r>
        <w:t>Spisová značka: 17Co/126/2012</w:t>
      </w:r>
    </w:p>
    <w:p>
      <w:r>
        <w:t>ECLI: ECLI:SK:KSBB:2012:6711205830.1</w:t>
      </w:r>
    </w:p>
    <w:p>
      <w:r>
        <w:t>Dátum vydania: 30. 5. 2012</w:t>
      </w:r>
    </w:p>
    <w:p>
      <w:r>
        <w:t>Forma: Uznesenie</w:t>
      </w:r>
    </w:p>
    <w:p>
      <w:r>
        <w:t>Oblasť práva: Občianske právo</w:t>
      </w:r>
    </w:p>
    <w:p>
      <w:pPr>
        <w:pStyle w:val="Heading2"/>
      </w:pPr>
      <w:r>
        <w:t>Text rozhodnutia</w:t>
      </w:r>
    </w:p>
    <w:p>
      <w:r>
        <w:t>Súd: Krajský súd Banská Bystrica Spisová značka: 17Co/126/2012 Identifikačné číslo súdneho spisu: 6711205830 Dátum vydania rozhodnutia: 31. 05. 2012 Meno a priezvisko sudcu, VSÚ: JUDr. Zita Nagypálová ECLI: ECLI:SK:KSBB:2012:6711205830.1 Uznesenie Krajský súd v Banskej Bystrici, ako súd odvolací, v právnej veci navrhovateľa Telefónica Slovakia, s. r. o., so sídlom Einsteinova 24, 851 01 Bratislava, IČO: 35 848 863 proti odporcovi O. E., nar. XX. XX. XXXX, trvale bytom X. XX, XXX XX X., toho času v Ústave na výkon trestu odňatia slobody, 918 65 Hrnčiarovce nad Parnou, v konaní o zaplatenie 1.218,48 Eur s príslušenstvom, o odvolaní odporcu proti rozsudku Okresného súdu Zvolen č. k. 12C/110/2011-58 zo dňa 16. 09. 2011, takto r o z h o d o l : Odvolanie odporcu o d m i e t a . o d ô v o d n e n i e : Odvolaním napadnutým rozsudkom okresný súd zaviazal odporcu zaplatiť navrhovateľovi 1.218,48 Eur spolu s 8,5 %-ným úrokom z omeškania ročne zo sumy 408,65 Eur od 24. 06. 2008 do zaplatenia, zo sumy 3,22 Eur od 31. 01. 2008 do zaplatenia, zo sumy 408,65 Eur od 04. 05. 2008 do zaplatenia, zo sumy 23,12 Eur od 01. 03. 2008 do zaplatenia, zo sumy 374,84 Eur od 31. 01. 2008 do zaplatenia a nahradiť mu trovy konania 262,07 Eur na účet Advokátskej kancelárie SOUKENÍK - ŠTRPKA, s. r. o., so sídlom v Bratislave do 3 dní od právoplatnosti rozhodnutia. Proti predmetnému rozhodnutiu okresného súdu sa v podaní, ktoré bolo doručené Okresnému súdu Zvolen dňa 20. 01. 2012, odporca odvolal a v odvolaní uviedol, že sa odvoláva voči rozsudku č. k. 12C 110/2011-58 zo dňa 16. 09. 2011, ktorý mu bol doručený na adresu výkonu trestu odňatia slobody. Výzvou zo dňa 24. 01. 2012 vyhotovenou vo forme uznesenia č. k. 12C/110/2011-73 okresný súd vyzval odporcu, aby v lehote 10 dní od doručenia uznesenia doplnil a opravil odvolanie doručené okresnému súdu dňa 20. 01. 2012 tak, že bude mať všetky náležitosti v zmysle ustanovenia § 42 ods. 3 a § 205 ods. 1 a 2 Občianskeho súdneho poriadku (ďalej len „O. s. p.“), bude vlastnoručne odporcom v troch vyhotoveniach podpísané, bude datované, bude v ňom uvedené v akom rozsahu odporca rozhodnutie, proti ktorému smeruje odvolanie napáda, v čom toto rozhodnutie alebo postup súdu považuje za nesprávny a čoho sa odvolaním domáha. Podľa ust. § 42 ods. 3 O. s. 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205 ods.1 O. s. p., v odvolaní sa má popri všeobecných náležitostiach (§ 42 ods.3) uviesť, proti ktorému rozhodnutiu smeruje, v akom rozsahu sa napáda, v čom sa toto rozhodnutie alebo postup súdu považuje za nesprávny a čoho sa odvolateľ domáha. Výzva na odstránenie vád odvolania bola podľa doručenky preukazujúcej prevzatie uznesenia, založenej v spise na č. l. 79 doručená odporcovi dňa 04. 04. 2012. Zo spisu odvolací súd zistil, že odporca v zmysle uvedenej výzvy nepostupoval, vady odvolania, ktoré nie je datované, nie je v ňom uvedené v akom rozsahu odporca rozhodnutie okresného súdu napáda a čoho sa odvolaním domáha (petit odvolania) v určenej lehote neodstránil, preto odvolací súd odvolanie odporcu doručené okresnému súdu dňa 20. 04. 2011 podľa § 218 ods. 1 písm. d/ O. s. p. odmietol. Senát krajského súdu prijal toto rozhodnutie pomerom hlasov 3 : 0. Poučenie: Proti tomuto rozhodnutiu odvolanie nie je prípustné.</w:t>
      </w:r>
    </w:p>
    <w:p/>
    <w:p>
      <w:r>
        <w:t>Zdroj: KAUZIS.SK – https://www.kauzis.sk/judikatura/r/ECLI:SK:KSBB:2012:6711205830.1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