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15Co/70/2012 z 30. 7. 2012</w:t>
      </w:r>
    </w:p>
    <w:p>
      <w:r>
        <w:t>Uznesenie Krajského súdu Banská Bystrica z 30. júla 2012, sp. zn. 15Co/70/2012, ECLI:SK:KSBB:2012:6711207764.1</w:t>
      </w:r>
    </w:p>
    <w:p>
      <w:r>
        <w:t>Súd: Krajský súd Banská Bystrica</w:t>
      </w:r>
    </w:p>
    <w:p>
      <w:r>
        <w:t>Spisová značka: 15Co/70/2012</w:t>
      </w:r>
    </w:p>
    <w:p>
      <w:r>
        <w:t>ECLI: ECLI:SK:KSBB:2012:6711207764.1</w:t>
      </w:r>
    </w:p>
    <w:p>
      <w:r>
        <w:t>Dátum vydania: 30. 7. 2012</w:t>
      </w:r>
    </w:p>
    <w:p>
      <w:r>
        <w:t>Forma: Uznesenie</w:t>
      </w:r>
    </w:p>
    <w:p>
      <w:r>
        <w:t>Oblasť práva: Občianske právo</w:t>
      </w:r>
    </w:p>
    <w:p>
      <w:pPr>
        <w:pStyle w:val="Heading2"/>
      </w:pPr>
      <w:r>
        <w:t>Text rozhodnutia</w:t>
      </w:r>
    </w:p>
    <w:p>
      <w:r>
        <w:t>Súd: Krajský súd Banská Bystrica Spisová značka: 15Co/70/2012 Identifikačné číslo súdneho spisu: 6711207764 Dátum vydania rozhodnutia: 31. 07. 2012 Meno a priezvisko sudcu, VSÚ: JUDr. Jaroslav Mikulaj ECLI: ECLI:SK:KSBB:2012:6711207764.1 Uznesenie Krajský súd v Banskej Bystrici v právnej veci žalobcov: A/ R. V., nar. XX.XX.XXXX, bytom F. E. Xa, XXXX G., X. M., občan Talianskej republiky, B/ P. U., nar. XX.XX.XXXX, bytom F. E. Xa, XXXX G., X. M. občianka SR, obaja zast. Mgr. Marošom Uhaľom, advokátom, Námestie SNP 6/11, 960 01 Zvolen, proti žalovaným: I/ C.. R. V., nar. XX.XX.XXXX, bytom P. XXX/X, XXX XX D., občianke SR, II/ C.. L. V., nar. XX.XX.XXXX, P. XXX/X, XXX XX D., občanovi SR, obaja zast. JUDr. Emil Vaňko, advokát, Tŕnie 134, o zaplatenie 6.700 eur, na odvolanie žalobcov A/, B/ proti uzneseniu Okresného súdu vo Zvolene č.k. 16C/162/2011-59, zo dňa 06.02.2012, takto r o z h o d o l : Uznesenie okresného súdu vo výroku, ktorým rozhodol, že vracia žalobcom A/, B/ krátený súdny poplatok zo žaloby vo výške 120,60 eur prostredníctvom Daňového úradu Zvolen, po právoplatnosti tohto uznesenia m e n í tak, že vracia žalobcom A/, B/ spoločne a nerozdielne krátený súdny poplatok zo žaloby vo výške 361,80 eur prostredníctvom Daňového úradu Zvolen, po právoplatnosti uznesenia o schválení súdneho zmieru. o d ô v o d n e n i e : Napadnutým uznesením okresný súd schválil súdny zmier v znení: Žalovaní v I/ a II/ rade sa zaväzujú spoločne a nerozdielne zaplatiť žalobcom A/, B/ spoločne a nerozdielne sumu 3.350 eur, a to do 3 dní od právoplatnosti tohto uznesenia. Žiaden z účastníkov nemá právo na náhradu trov konania. Rozhodol, že vracia žalobcom A/, B/ krátený súdny poplatok zo žaloby vo výške 120,60 eur prostredníctvom Daňového úradu Zvolen, po právoplatnosti tohto uznesenia a vracia žalovaným v I/ a II/ rade krátený súdny poplatok z podaného odporu vo výške 0 eur prostredníctvom Daňového úradu Zvolen, po právoplatnosti tohto uznesenia. Zrušil uznesenie č.k. 16C/162/11-33, zo dňa 12.09.2010, ktorým bola žalovaným I/ a II/ uložená povinnosť zaplatiť spoločne a nerozdielne súdny poplatok za odpor v časti o zaplatenie 120,60 eur. Proti tomuto uzneseniu podali žalobcovia A/, B/ proti výrokovej časti, v ktorej súd rozhodol, že im vracia krátený súdny poplatok zo žaloby vo výške 120,60 eur prostredníctvom Daňového úradu Zvolen po právoplatnosti uznesenia. Žiadali v tejto časti uznesenie okresného súdu zmeniť tak, že im súd vráti spoločne a nerozdielne krátený súdny poplatok zo žaloby vo výške 361,80 eur prostredníctvom Daňového úradu Zvolen, po právoplatnosti uznesenia o schválení súdneho zmieru. Podľa ich názoru okresný súd nesprávne aplikoval ustanovenie § 11 ods. 7 zákona č. 71/92 Zb. o súdnych poplatkoch a poplatku za výpis z registra trestov a nesprávne rozhodol, že im vracia len 30 % zo zaplateného súdneho poplatku, t.j. sumu 120,60 eur. Medzi nimi a žalovanými došlo k skončeniu konania uzavretím súdneho sporu spôsobom uvedeným v § 99 O.s.p., teda spôsobom ktorého následkom je aplikácia ustanovenia prvej vety § 11 ods. 7 zákona o súdnych poplatkoch, a teda vrátenie 90 % zo všetkých zaplatených súdnych poplatkov. Aplikácia ustanovenia spôsobom, aký okresný súd použil, je možná len v prípade, ak účastníci vyriešili časť sporu súdnym zmierom v zmierovacom konaní. Za zmierovacie konania sa považuje konanie v zmysle § 67 O.s.p. a nie uzavretie súdneho zmieru podľa § 99 O.s.p.. Žiadne zmierovacie konanie spôsobom uvedeným v § 67 O.s.p. sa medzi účastníkmi konania neuskutočnilo. Uzavretím súdneho zmieru, ktorý bol uznesením súdu aj schválený, nevyriešili len „časť sporu“, ale vyriešili celý predmet sporu. Žalovaní I/, II/ sa k odvolaniu žalobcov A/, B/ nevyjadrili. Krajský súd, ako súd odvolací, vec prejednal podľa ustanovenia § 212 ods.l O.s.p. bez nariadenia pojednávania podľa ustanovenia § 214 ods. 2 O.s.p. a uznesenie okresného súdu v napadnutej časti podľa ustanovenia § 220 O.s.p. zmenil. V danej veci sa žalobcovia domáhali zaplatenia sumy 6.700 eur. Pred prvým pojednávaním vo veci žiadali o poskytnutie lehoty za účelom uzavretia dohody, čomu okresný súd vyhovel. Pred pojednávaním ktoré sa malo konať dňa 06.02.2012 účastníci predložili návrh na schválenie súdneho zmieru, keďže sa dohodli, že žalovaní I/, II/ im spoločne a nerozdielne zaplatia sumu 3.350 eur. Predmetom konania teda zostala len táto suma a účastníci teda vyriešili súdnym zmierom celý spor. Podľa § 11 ods.7 zákona č. 72/92 Zb. o súdnych poplatkoch, ak konanie skončia účastníci schválením súdneho zmieru do začiatku pojednávania vo veci samej, vráti sa im 90% zo všetkých zaplatených poplatkov. Ak konanie skončia účastníci schválením súdneho zmieru po začatí pojednávania vo veci samej, vráti sa im 50% zo všetkých zaplatených poplatkov. Ak účastníci vyriešili časť sporu súdnym zmierom v zmierovacom konaní, vráti sa im 30% zo zaplateného poplatku v konaní podľa tretej časti Občianskeho súdneho poriadku. Pri nezaplatených poplatkoch v rovnakom rozsahu súd poplatok nevyberie a uznesenie o uloženej povinnosti zaplatiť poplatok v uvedenom rozsahu zruší. Ustanovenia odsekov 3 a 4 sa nepoužijú. Okresný súd v danej veci správne aplikoval pri rozhodovaní o súdnych poplatkoch ustanovenie § 11 ods. 7 zákona č. 71/92 Zb. o súdnych poplatkoch a poplatku za výpis z registra trestov, avšak nesprávne na danú vec aplikoval tretiu vetu tohto zákonného ustanovenia. Keďže účastníci vyriešili celý spor súdnym zmierom, ktorý súd schválil, bolo potrebné, aby okresný súd aplikoval prvú vetu citovaného zákonného ustanovenia, z ktorej vyplýva, „ak konanie skončia účastníci schválením súdneho zmieru do začiatku pojednávania vo veci samej, vráti sa im 90% zo všetkých zaplatených poplatkov“. Medzi účastníkmi došlo k skončeniu konania uzavretím súdneho zmieru tak, ako na to poukazujú správne žalobcovia A/, B/ podľa § 99 O.s.p.. Pred začatím pojednávania vo veci samej, bol vyriešený celý spor, preto im musí súd vrátiť súdny poplatok, ktorý zaplatili zo žaloby vo výške 402 eur, krátený o 90 % vo výške 361,80 eur. Odvolací súd preto musel zmeniť uznesenie okresného súdu v napadnutej časti a rozhodol tak, ako je uvedené vo výrokovej časti tohto uznesenia. V ostatnej časti, v ktorej súd schválil súdny zmier a rozhodol o vrátení súdneho poplatku žalovaným I/, II/ ako aj zrušil uznesenie, ktorým bola žalovaným uložená povinnosť zaplatiť súdny poplatok za odpor, zostáva uznesenie okresného súdu nedotknuté, pretože v tejto časti odvolaním nebolo napadnuté. O veci senát odvolacieho súdu rozhodol pomerom hlasov členov senátu 3:0. Poučenie: Proti tomuto rozhodnutiu odvolanie nie je prípustné.</w:t>
      </w:r>
    </w:p>
    <w:p/>
    <w:p>
      <w:r>
        <w:t>Zdroj: KAUZIS.SK – https://www.kauzis.sk/judikatura/r/ECLI:SK:KSBB:2012:6711207764.1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