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14CoP/52/2012 z 28. 5. 2012</w:t>
      </w:r>
    </w:p>
    <w:p>
      <w:r>
        <w:t>Uznesenie Krajského súdu Banská Bystrica z 28. mája 2012, sp. zn. 14CoP/52/2012, ECLI:SK:KSBB:2012:6711214902.1</w:t>
      </w:r>
    </w:p>
    <w:p>
      <w:r>
        <w:t>Súd: Krajský súd Banská Bystrica</w:t>
      </w:r>
    </w:p>
    <w:p>
      <w:r>
        <w:t>Spisová značka: 14CoP/52/2012</w:t>
      </w:r>
    </w:p>
    <w:p>
      <w:r>
        <w:t>ECLI: ECLI:SK:KSBB:2012:6711214902.1</w:t>
      </w:r>
    </w:p>
    <w:p>
      <w:r>
        <w:t>Dátum vydania: 28. 5. 2012</w:t>
      </w:r>
    </w:p>
    <w:p>
      <w:r>
        <w:t>Forma: Uznesenie</w:t>
      </w:r>
    </w:p>
    <w:p>
      <w:pPr>
        <w:pStyle w:val="Heading2"/>
      </w:pPr>
      <w:r>
        <w:t>Text rozhodnutia</w:t>
      </w:r>
    </w:p>
    <w:p>
      <w:r>
        <w:t>Súd: Krajský súd Banská Bystrica Spisová značka: 14CoP/52/2012 Identifikačné číslo súdneho spisu: 6711214902 Dátum vydania rozhodnutia: 29. 05. 2012 Meno a priezvisko sudcu, VSÚ: JUDr. Peter Priehoda ECLI: ECLI:SK:KSBB:2012:6711214902.1 Uznesenie Krajský súd v Banskej Bystrici ako súd odvolací v právnej veci navrhovateľa C. G., nar. XX. XX. XXXX, trvale bytom P. XXX/X, G., proti odporcovi K. G., nar. XX. XX. XXXX, bytom T. XXX/XX, G., o zrušenie vyživovacej povinnosti, o odvolaní odporkyne proti rozsudku Okresného súdu Zvolen zo dňa 25. 01. 2012 č. k. 7P/96/2011-12, takto r o z h o d o l : Odvolanie odporkyne odmieta. Žiaden z účastníkov nemá právo na náhradu trov odvolacieho konania. o d ô v o d n e n i e : Napadnutým rozsudkom okresný súd zrušil vyživovaciu povinnosť navrhovateľa vo vzťahu k odporkyni, ktorá bola určená rozsudkom Okresného súdu Zvolen zo dňa 14. 01. 2011 č. k. 12C/171/2010 od 01. 11. 2011. Navrhovateľovi náhradu trov konania nepriznal. Rozhodol tak s odôvodnením, že odporkyňa nepokračuje v štúdiu, teda ukončila prípravu na svoje budúce povolanie, je nezamestnaná, ale schopná sa živiť a preto vyživovacia povinnosť navrhovateľa vo vzťahu k odporkyni už nie je daná. Proti rozsudku okresného súdu podala odvolanie odporkyňa. Krajský súd skúmal splnenie podmienok odvolacieho konania a najmä to, či odvolanie zo strany odporkyne proti rozsudku okresného súdu bolo podané včas. Z obsahu spisu zistil, že rozsudok okresného súdu bol odporkyni doručený 21. 02. 2012. Odporkyňa vypracovala odvolanie proti rozsudku okresného súdu až dňa 12. apríla 2012 a toto dala na poštovú prepravu dňa 13. apríla 2012. Odvolanie bolo doručené okresnému súdu dňa 17. apríla 2012. V zmysle ust. § 204 ods. 1 OSP odvolanie sa podáva do 15 dní od doručenia rozhodnutia na súde, proti rozhodnutiu ktorého smeruje. Z obsahu spisu vyplýva, že odporkyňa podala odvolanie proti rozsudku okresného súdu po zákonnom uplynutí lehoty 15 dní na podanie odvolania. V zmysle ust. § 218 ods. 1 písm. a/ OSP odvolací súd odmietne odvolanie, ktoré bolo podané oneskorene. Vzhľadom na to, že odporkyňa podala odvolanie proti rozsudku okresného súdu po zákonom určenej lehote na jeho podanie, krajský súd ňou podané odvolanie v zmysle ust. § 218 ods. 1 písm. a/ OSP odmietol. Výrok o trovách konania je založený na ust. § 146 ods. 1 písm. c/ OSP v spojení s § 224 ods. 1 OSP per analogiam z dôvodu, že odmietnutie odvolania v danej veci má obdobné účinky ako zastavenie konania. Rozhodnutie bolo prijaté pomerom hlasov X:X. Poučenie: proti tomuto uzneseniu odvolanie nie je prípustné.</w:t>
      </w:r>
    </w:p>
    <w:p/>
    <w:p>
      <w:r>
        <w:t>Zdroj: KAUZIS.SK – https://www.kauzis.sk/judikatura/r/ECLI:SK:KSBB:2012:6711214902.1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