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1CoE/246/2012 z 29. 5. 2012</w:t>
      </w:r>
    </w:p>
    <w:p>
      <w:r>
        <w:t>Uznesenie Krajského súdu Banská Bystrica z 29. mája 2012, sp. zn. 1CoE/246/2012, ECLI:SK:KSBB:2012:6808899683.1</w:t>
      </w:r>
    </w:p>
    <w:p>
      <w:r>
        <w:t>Súd: Krajský súd Banská Bystrica</w:t>
      </w:r>
    </w:p>
    <w:p>
      <w:r>
        <w:t>Spisová značka: 1CoE/246/2012</w:t>
      </w:r>
    </w:p>
    <w:p>
      <w:r>
        <w:t>ECLI: ECLI:SK:KSBB:2012:6808899683.1</w:t>
      </w:r>
    </w:p>
    <w:p>
      <w:r>
        <w:t>Dátum vydania: 29. 5.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Banská Bystrica Spisová značka: 1CoE/246/2012 Identifikačné číslo súdneho spisu: 6808899683 Dátum vydania rozhodnutia: 30. 05. 2012 Meno a priezvisko sudcu, VSÚ: JUDr. Drahomíra Mikulajová ECLI: ECLI:SK:KSBB:2012:6808899683.1 Uznesenie Krajský súd v Banskej Bystrici, ako súd odvolací v exekučnej veci oprávneného Mesto Tornaľa, Mierova 14, Tornaľa, proti povinnému 1) M. R., nar. XX.XX.XXXX, W. X/XX, D. a 2) W. R., nar. XX.X.XXXX, W. X/ XX, D., vedenej pod sp. zn. EX 112/2001 súdnym exekútorom JUDr. Petrom Hodemarským, Exekútorský úrad Akademika Hronca 3, Rožňava, pre vymoženie pohľadávky oprávneného vo výške 1529,04 EUR s prísl., o odvolaní súdneho exekútora proti uzneseniu Okresného súdu Revúca č. k. 6Er/1277/2008-43 z 31.01.2012 takto r o z h o d o l : Krajský súd odvolanie súdneho exekútora proti uzneseniu Okresného súdu Revúca č. k. 6Er/1277/2008-43 z 31.01.2012 o d m i e t a. o d ô v o d n e n i e : Napadnutým uznesením exekučný súd exekúciu vykonávanú súdnym exekútorom JUDr. Petrom Hodemarským pod sp. zn. Ex 112/2001 vyhlásil za neprípustnú a zastavil ju s poukazom na ustanovenie § 57 ods. 1 písm. g) zákona č. 233/1995 Z. z. o súdnych exekútoroch a exekučnej činnosti (Exekučného poriadku). Prvostupňový súd rozhodol súčasne o trovách exekúcie tak, že povinným uložil povinnosť nahradiť súdnemu exekútorovi trovy exekúcie vo výške 204,92 EUR do troch dní odo dňa nadobudnutia právoplatnosti uznesenia. O povinnosti povinných nahradiť trovy exekúcie súd rozhodol podľa ustanovenia § 203 Exekučného poriadku, nakoľko nebolo preukázané, že k zastaveniu exekúcie nedošlo zavinením oprávneného. Proti tomuto uzneseniu podal odvolanie súdny exekútor v zákonom stanovenej lehote. Namietal, že napadnuté rozhodnutie je neodôvodnené. Pri zastavení exekúcie mal okresný súd zobrať do úvahy § 57 ods. 1 písm. c) Exekučného poriadku a zaviazať oprávneného na náhradu trov exekúcie, pretože práve oprávnený podal návrh na zastavenie exekúcie teda zavinil zastavenie. Súdny exekútor nesúhlasil ani s výškou mu priznaných trov exekúcie, ktorú mu krátil okresný súd. Oprávnený ani povinný sa k podanému odvolaniu nevyjadril. Krajský súd ako súd odvolací preskúmal vec v zmysle § 212 ods. 1 O.s.p. bez nariadenia pojednávania v zmysle § 214 ods. 2 O.s.p. a podľa § 218 ods. 1 písm. b/ O.s.p. odvolanie odmietol, pretože bolo podané niekým, kto na odvolanie nie je oprávnený. Krajský súd mal preukázané, že návrh na vykonanie exekúcie podal oprávnený Exekútorskému úradu v Rožňave - exekútorovi JUDr. Petrovi Hodemarskému, návrh bol doručený 02.04.2001. Žiadosť o udelenie poverenia na vykonanie exekúcie podal exekútor na Okresný súd v Revúcej a žiadosť bola doručená 23.04.2001. Okresný súd v Revúcej poveril súdneho exekútora JUDr. Petra Hodemarského na základe poverenia sp. zn. 4Er 329/01 zo dňa 03.05.2001. Odvolací súd zo spisu okresného súdu mal preukázané, že exekúcia začala dňom 02.04.2001. Podľa v znenia § 37 ods. 1 zákona č. 233/1995 Z.z. o súdnych exekútoroch a exekučnej činnosti (Exekučný poriadok) účinného v čase začatia exekúcie, účastníkmi exekučného konania boli oprávnený a povinný. Postavenie účastníka exekučného konania v tom čase súdny exekútor nemal, až zákonom č. 32/2002 Z.z. (účinný od 01.02.2002) došlo k takej zmene, že v § 37 ods. 1 Exekučného poriadku sa na konci pripojila veta: „Ak súd rozhoduje o trovách exekúcie, účastníkom konania je aj poverený exekútor“. Preto pokiaľ exekútor podal odvolanie proti uzneseniu súdu prvého stupňa, podal ho ako osoba neoprávnená na podanie odvolania. V § 235 ods. 2 Exekučného poriadku je stanovené, že exekučné konanie, ktoré sa začalo do 01.02.2002 sa dokončí podľa doterajších predpisov, a preto bolo potrebné podľa § 37 Exekučného poriadku odvolanie exekútora odmietnuť. Súd preskúmaním postavenia odvolateľa vychádzal z ustanovenia § 37 Exekučného poriadku v znení účinnom do 01.02.2002, kedy Exekučný poriadok exekútorovi postavenie účastníka exekučného konania ešte nepriznával bez zreteľa na to, či súd rozhoduje o trovách exekúcie alebo nie. Rozhodnutie krajského súdu sa opiera o § 218 ods. 1 písm. b/ O.s.p., keďže exekučné konanie začalo ešte 01.02.2002, exekučné konanie sa muselo dokončiť podľa predpisov platných do 01.02.2002, v tomto čase exekútor nemal postavenie účastníka konania, preto bolo potrebné odvolanie exekútora odmietnuť, nakoľko bolo podané neoprávnenou osobou. Rozhodnutie bolo prijaté senátom krajského súdu jednomyseľne, t.j. pomerom hlasov 3:0 (§ 3 ods. 9 zákona č. 757/2004 Z.z. o súdoch v znení účinnom od 01.05.2011). Podal odvolanie súdny exekútor v čase začatia exekúcie nebol oprávnený odvolať sa. - odmietnutie neoprávnená osoba. Rozhodnutie bolo prijaté senátom krajského súdu jednomyseľne, t.j. pomerom hlasov 3:0 (§ 3 ods. 9 zákona č. 757/2004 Z.z. o súdoch v znení účinnom od 01.05.2011). Poučenie: Proti tomuto rozhodnutiu odvolanie nie je prípustné.</w:t>
      </w:r>
    </w:p>
    <w:p/>
    <w:p>
      <w:r>
        <w:t>Zdroj: KAUZIS.SK – https://www.kauzis.sk/judikatura/r/ECLI:SK:KSBB:2012:6808899683.1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