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14Co/161/2012 z 20. 6. 2012</w:t>
      </w:r>
    </w:p>
    <w:p>
      <w:r>
        <w:t>Uznesenie Krajského súdu Banská Bystrica z 20. júna 2012, sp. zn. 14Co/161/2012, ECLI:SK:KSBB:2012:6811200167.2</w:t>
      </w:r>
    </w:p>
    <w:p>
      <w:r>
        <w:t>Súd: Krajský súd Banská Bystrica</w:t>
      </w:r>
    </w:p>
    <w:p>
      <w:r>
        <w:t>Spisová značka: 14Co/161/2012</w:t>
      </w:r>
    </w:p>
    <w:p>
      <w:r>
        <w:t>ECLI: ECLI:SK:KSBB:2012:6811200167.2</w:t>
      </w:r>
    </w:p>
    <w:p>
      <w:r>
        <w:t>Dátum vydania: 20.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14Co/161/2012 Identifikačné číslo súdneho spisu: 6811200167 Dátum vydania rozhodnutia: 21. 06. 2012 Meno a priezvisko sudcu, VSÚ: JUDr. Mária Podhorová ECLI: ECLI:SK:KSBB:2012:6811200167.2 Uznesenie Krajský súd v Banskej Bystrici ako súd odvolací v právnej veci navrhovateľa Dopravný podnik Bratislava, a. s., so sídlom Bratislava, Olejkárska 1, IČO: 00 492 736, zastúpený JUDr. Vladimírom Kánom, advokátom, so sídlom Advokátskej kancelárie Bratislava, Námestie M. Benku 9 - C1 proti odporkyni C. R., nar. XX. XX. XXXX, trvale bytom R. č. XX, t. č. na neznámom mieste, v konaní zastúpená ustanovenou opatrovníčkou A.. S. V., tajomníčkou informačného centra Okresného súdu Revúca, o zaplatenie sumy 50,50 eur s príslušenstvom v odvolacom konaní navrhovateľa proti rozsudku Okresného súdu Revúca zo dňa 15. 03. 2012 č. k. 4C/108/2011 - 112 o návrhu navrhovateľa zastúpeného splnomocneným advokátom JUDr. Vladimírom Kánom na vydanie opravného uznesenia, takto r o z h o d o l : Návrh na vydanie opravného uznesenia z a m i e t a . o d ô v o d n e n i e : Navrhovateľ zastúpený splnomocneným zástupcom JUDr. Vladimírom Kánom, advokátom, požiadal o vydanie opraveného uznesenia súdu podaním zo dňa 18. 06. 2012 doručeným krajskému súdu dňa 21. 06. 2012. S poukazom na ust. § 167 ods. 2 a § 164 OSP požiadal o vydanie opravného uznesenia z dôvodu, že v záhlaví uznesenia súd nesprávne označil spisovú značku rozsudku Okresného súdu Revúca zo dňa 15. 03. 2012. Správne má byť spisová značka 4C/108/11. Ostatné údaje uvedené v uznesení sú správne a ostávajú bez zmeny. Krajský súd ako súd príslušný rozhodnúť o návrhu na opravu (§ 164, § 211 ods. 2 OSP) zistil, že v uznesení Krajského súdu v Banskej Bystrici zo dňa 24. 04. 2012 č k. 14Co/161/2012 - 122 bolo v záhlaví uznesenia uvedené . . . o odvolaní navrhovateľa proti rozsudku Okresného súdu Revúca zo dňa 15. 03. 2012, č. k. 4C/108/2011 - 112. Z rozsudku Okresného súdu Revúca zo dňa 15. 03. 2012 odvolací súd zistil, že rozsudok má č. k. 4C/108/2011 - 112. Podľa § 170 ods. 1 Vyhlášky Ministerstva spravodlivosti SR č. 543/2005 Z. z. o spravovacom a kancelárskom poriadku pre okresné súdy, krajské súdu, špeciálny súd a vojenské súdy, každý súdny spis dostane spisovú značku. Spisová značka sa skladá z označenia a z poradového čísla súdneho registra do ktorého je vec zapísaná, a označenia príslušného kalendárneho roka, napr. 2Ro/180/2004, 4C/51/2005; spisová značka súdneho spisu vo veciach zapisovaných do registra JP sa skladá z kódu súdu, druhu pohľadávky, poradového čísla, súdneho registra JP a posledných dvoch čísel letopočtu. Podľa § 173 ods. 1 Vyhlášky, spisová značka a k nej pripojené číslo listu písomnosti alebo vyhotoveného rozhodnutia tvorí číslo konania, napr. 2T/185/2004 - 14, 4Cb/91/2004 - 132. Ak písomnosť alebo rozhodnutie obsahuje viacej čísiel listov, uvedie sa v čísle konania len prvé číslo listu. Podľa § 173 ods. 2 Vyhlášky, číslom konania prvopisu rozhodnutia sa označia všetky jeho rovnopisy. Číslom konania sa ďalej označia všetky písomnosti, ktoré sa majú vybaviť, ako aj obálky a doručenky. Vzhľadom na uvedenú právnu úpravu krajský súd konštatuje, že záhlavie uznesenia krajského súdu je v súlade s ust. § 173 Vyhlášky MS SR č. 543/2005 Z. z., teda je správne uvedené číslo konania 4C/108/2011 - 112. Návrh navrhovateľa, aby súd opravil v záhlaví uznesenia spisovú značku rozsudku na spisovú značku 4C/108/11 nemá oporu v právnej úprave, pretože aj takto napísaná spisová značka by bola neúplná, správne by mala byť napísaná spisová značka 4C/108/2011, v záhlaví rozsudku alebo uznesenia sa pri rozhodnutí uvádza číslo konania (§ 173 Vyhlášky), teda k spisovej značke sa priradí prvé číslo listu rozsudku. Vzhľadom na uvedené krajský súd konštatuje, že nebol dôvodný návrh na vydanie opravného uznesenia podľa § 164 OSP. Podľa § 164 OSP súd kedykoľvek aj bez návrhu opraví v rozsudku chyby v písaní a v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Postupujúc podľa citovanej zákonnej úpravy rozhodol odvolací súd o návrhu na vydanie opravného uznesenia tak, že tento ako nedôvodný zamietol. Rozhodnutie bolo prijaté hlasovaním senátu pomerom hlasov X : X. Poučenie: Proti tomuto rozhodnutiu odvolanie nie je prípustné.</w:t>
      </w:r>
    </w:p>
    <w:p/>
    <w:p>
      <w:r>
        <w:t>Zdroj: KAUZIS.SK – https://www.kauzis.sk/judikatura/r/ECLI:SK:KSBB:2012:6811200167.2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