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15CoP/73/2012 z 30. 10. 2012</w:t>
      </w:r>
    </w:p>
    <w:p>
      <w:r>
        <w:t>Uznesenie Krajského súdu Banská Bystrica z 30. októbra 2012, sp. zn. 15CoP/73/2012, ECLI:SK:KSBB:2012:6812201372.1</w:t>
      </w:r>
    </w:p>
    <w:p>
      <w:r>
        <w:t>Súd: Krajský súd Banská Bystrica</w:t>
      </w:r>
    </w:p>
    <w:p>
      <w:r>
        <w:t>Spisová značka: 15CoP/73/2012</w:t>
      </w:r>
    </w:p>
    <w:p>
      <w:r>
        <w:t>ECLI: ECLI:SK:KSBB:2012:6812201372.1</w:t>
      </w:r>
    </w:p>
    <w:p>
      <w:r>
        <w:t>Dátum vydania: 30. 10. 2012</w:t>
      </w:r>
    </w:p>
    <w:p>
      <w:r>
        <w:t>Forma: Uznesenie</w:t>
      </w:r>
    </w:p>
    <w:p>
      <w:r>
        <w:t>Oblasť práva: Rodinné právo</w:t>
      </w:r>
    </w:p>
    <w:p>
      <w:pPr>
        <w:pStyle w:val="Heading2"/>
      </w:pPr>
      <w:r>
        <w:t>Text rozhodnutia</w:t>
      </w:r>
    </w:p>
    <w:p>
      <w:r>
        <w:t>Súd: Krajský súd Banská Bystrica Spisová značka: 15CoP/73/2012 Identifikačné číslo súdneho spisu: 6812201372 Dátum vydania rozhodnutia: 31. 10. 2012 Meno a priezvisko sudcu, VSÚ: JUDr. Jaroslav Mikulaj ECLI: ECLI:SK:KSBB:2012:6812201372.1 Uznesenie Krajský súd v Banskej Bystrici vo veci starostlivosti o maloletú A. J., nar. XX. XX. XXXX, zast. kolíznym opatrovníkom Úradom práce, sociálnych vecí a rodiny v Revúcej, dieťa matky A. J., nar. XX. XX. XXXX, bytom H. č. XXX, B., a otec R. J., nar. XX. XX. XXXX, bytom E. F. T. F., Z., No° X, XXX XX G., H. (bol zastúpený opatrovníčkou Evou Viczénovou, pracovníčkou tamojšieho okresného súdu) za účasti Okresného prokurátora v Revúcej, o uloženie výchovného opatrenia, na odvolanie otca maloletej proti rozsudku Okresného súdu v Revúcej č. k. 7P/41/2012 - 48 zo dňa 09. 07. 2012, takto r o z h o d o l : Odvolanie otca maloletej o d m i e t a . o d ô v o d n e n i e : Napadnutým rozsudkom okresný súd maloletú A. J., nar. XX. XX. XXXX, dočasne odňal zo starostlivosti rodičov a maloletej nariadil pobyt v zariadení, ktoré plní úlohy odbornej diagnostiky a to v Reedukačnom centre v Čerenčanoch, Ul. S. Kollára č. 51, Rimavská Sobota, na dobu 6 mesiacov od právoplatnosti rozsudku. Každému z rodičov uložil povinnosť platiť mesačne výživné na maloletú v sume rovnajúcej sa 30% zo sumy životného minima na nezaopatrené neplnoleté dieťa alebo nezaopatrené dieťa podľa osobitného predpisu, vždy do 25. dňa v mesiaci vopred na účet Reedukačného centra v Čerenčanoch a to počnúc dňom umiestnenia maloletej v zariadení. Vyslovil, že žiaden z účastníkov nemá právo na náhradu trov konania. Proti tomuto rozsudku podal odvolanie otec maloletej dňa 09. 10. 2012 na pošte Wattignies, Francúzsko. Žiadal, aby maloletá nebola umiestnená do diagnostického zariadenia, pretože sa dostala svojpomocou k nemu; je schopný sa o ňu postarať. Hneď po príchode začala navštevovať kurz francúzskeho jazyka. Zakúpil jej kompletné oblečenie, všetko čo potrebuje do školy. Nemôže za to, že matka nemala záujem o jej výchovu a zároveň jej bránila v lepšom živote. Je schopný sa po všetkých stránkach o ňu postarať. Napadnutý rozsudok okresného súdu bol matke maloletej doručený dňa 18. 07. 2012, súdom ustanovenej opatrovníčke otca dieťaťa dňa 12. 07. 2012, kolíznemu opatrovníkovi dňa 16. 07. 2012 a okresnému prokurátorovi dňa 13. 07. 2012. Opatrovníčka otca dieťaťa nepodala odvolanie proti tomuto rozsudku okresného súdu. Otec maloletej podal odvolanie na pošte dňa 09. 10. 2012. Podľa ust. § 204 ods. 1 veta prvá O. s. p. odvolanie sa podáva do 15 dní od doručenia rozhodnutia na súde, proti rozhodnutiu ktorého smeruje. Keďže pobyt otca v čase doručovania napadnutého rozsudku okresného súdu nebol známy, rozsudok bol doručený jeho opatrovníčke a táto nepodala odvolanie proti rozsudku okresného súdu, otec už nemohol podať odvolanie proti rozsudku okresného súdu zo dňa 09. 07. 2012. Z uvedených dôvodov preto krajský súd bez nariadenia pojednávania podľa ust. § 214 ods. 2 O. s. p. rozhodol podľa ust. § 218 ods. 1 písm. a) O. s. p. tak, že odvolanie otca ako oneskorene podané odmietol. Otec totiž nepodal odvolanie v 15 dňovej lehote, ktorá plynula od doručenia napadnutého rozsudku okresného súdu jeho opatrovníčke, ale podal odvolanie po uplynutí tejto lehoty, teda oneskorene. Poučenie: Proti tomuto uzneseniu odvolanie nie je prípustné.</w:t>
      </w:r>
    </w:p>
    <w:p/>
    <w:p>
      <w:r>
        <w:t>Zdroj: KAUZIS.SK – https://www.kauzis.sk/judikatura/r/ECLI:SK:KSBB:2012:6812201372.1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