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14Co/254/2011 z 2. 5. 2012</w:t>
      </w:r>
    </w:p>
    <w:p>
      <w:r>
        <w:t>Uznesenie Krajského súdu Banská Bystrica z 2. mája 2012, sp. zn. 14Co/254/2011, ECLI:SK:KSBB:2012:6906211331.2</w:t>
      </w:r>
    </w:p>
    <w:p>
      <w:r>
        <w:t>Súd: Krajský súd Banská Bystrica</w:t>
      </w:r>
    </w:p>
    <w:p>
      <w:r>
        <w:t>Spisová značka: 14Co/254/2011</w:t>
      </w:r>
    </w:p>
    <w:p>
      <w:r>
        <w:t>ECLI: ECLI:SK:KSBB:2012:6906211331.2</w:t>
      </w:r>
    </w:p>
    <w:p>
      <w:r>
        <w:t>Dátum vydania: 2.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14Co/254/2011 Identifikačné číslo súdneho spisu: 6906211331 Dátum vydania rozhodnutia: 03. 05. 2012 Meno a priezvisko sudcu, VSÚ: JUDr. Peter Priehoda ECLI: ECLI:SK:KSBB:2012:6906211331.2 Uznesenie Krajský súd v Banskej Bystrici v právnej veci navrhovateľov 1/ W.. S. V., nar. X.XX.XXXX, bytom K., T. XXX/XX, 2/ J.. H. V., nar. XX.X.XXXX, bytom K., T. XXX/XX, 3/ D. V., nar. XX.XX.XXXX, bytom K., T. XXX/XX zastúpení JUDr. Mariánom Vojčíkom, advokátom so sídlom K., V. X proti odporcovi Cirkevný zbor Reformovanej kresťanskej cirkvi na Slovensku, Rimavská Sobota, Hlavné nám. 16/A, IČO: 319 23 011 zastúpeného JUDr. Arpádom Édesom, advokátom, so sídlom H. XX, K., o zaplatenie 23 458,33 Eur s prísl., na odvolanie navrhovateľov proti rozsudku Okresného súdu Rimavská Sobota, č.k. 6C/117/2006-185 zo dňa 24.5.2011, o náhrade trov odvolacieho konania takto r o z h o d o l : Navrhovateľom 1/,2/,3/ náhradu trov odvolacieho konania n e p r i z n á v a . o d ô v o d n e n i e : Rozsudkom č.k. 14Co/254/2011-215 zo dňa 17.4.2012 krajský súd ako súd odvolací potvrdil rozsudok Okresného súdu Rimavská Sobota č.k. 6C/117/2006-185 zo dňa 24.5.2011, ktorým návrh navrhovateľov domáhajúcich sa voči odporcovi zaplatenia 23 458,33 Eur titulom odmeny za právne zastupovanie odporcu v súdnom konaní zamietol. V čase verejného vyhlásenia rozsudku odvolacím súdom trovy konania účastníkmi neboli vyčíslené, odvolací súd s odkazom na ust. § 214 ods. 5 O.s.p. vyslovil, že rozhodne o trovách odvolacieho konania samostatným uznesením. Verejného vyhlásenia rozsudku sa nikto z účastníkov ani ich zástupcov nezúčastnil. Navrhovatelia v odvolaní uplatnili nárok na náhradu trov odvolacieho konania, ktoré ale nevyčíslili. Vzhľadom na výsledok odvolacieho konania, v ktorom navrhovatelia 1/,2/,3/ neboli úspešní im nárok na náhradu trov nevznikol, preto krajský súd im náhradu trov tohto štádiá konania nepriznal. Ustanovenie § 151 ods. 1 O.s.p. neukladá súdu povinnosť vždy rozhodnúť o náhrade trov konania, ale len na základe podaného návrhu, ktorým účastník uplatní právo na náhradu trov konania. Aj keď odporca bol v odvolacom konaní úspešný návrh na náhradu trov konania nepodal a za takéhoto stavu odvolací súd nemal dôvod rozhodovať o trovách odporcu. Rozhodnutie senátu krajského súdu bolo prijaté pomerom hlasov X:X. Poučenie: Proti tomuto rozhodnutiu odvolanie nie je prípustné.</w:t>
      </w:r>
    </w:p>
    <w:p/>
    <w:p>
      <w:r>
        <w:t>Zdroj: KAUZIS.SK – https://www.kauzis.sk/judikatura/r/ECLI:SK:KSBB:2012:6906211331.2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