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15Co/295/2011 z 15. 4. 2012</w:t>
      </w:r>
    </w:p>
    <w:p>
      <w:r>
        <w:t>Uznesenie Krajského súdu Banská Bystrica z 15. apríla 2012, sp. zn. 15Co/295/2011, ECLI:SK:KSBB:2012:6907214292.3</w:t>
      </w:r>
    </w:p>
    <w:p>
      <w:r>
        <w:t>Súd: Krajský súd Banská Bystrica</w:t>
      </w:r>
    </w:p>
    <w:p>
      <w:r>
        <w:t>Spisová značka: 15Co/295/2011</w:t>
      </w:r>
    </w:p>
    <w:p>
      <w:r>
        <w:t>ECLI: ECLI:SK:KSBB:2012:6907214292.3</w:t>
      </w:r>
    </w:p>
    <w:p>
      <w:r>
        <w:t>Dátum vydania: 15.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15Co/295/2011 Identifikačné číslo súdneho spisu: 6907214292 Dátum vydania rozhodnutia: 16. 04. 2012 Meno a priezvisko sudcu, VSÚ: JUDr. Jaroslav Mikulaj ECLI: ECLI:SK:KSBB:2012:6907214292.3 Uznesenie Krajský súd v Banskej Bystrici, v právnej veci navrhovateľky Q. K., rod. R., nar. XX.XX.XXXX, bytom Q. č.XX, zast. Mgr. Vierou Kadášovou, advokátkou so sídlom Rimavská Sobota, Železničná č.21, proti odporcovi Slovenská republika - zast. Slovenským pozemkovým fondom, Bratislava, Budkova č.32, IČO: 17 335 345, o určenie, že nehnuteľnosť patrí do vlastníctva navrhovateľky, na odvolanie navrhovateľky proti rozsudku Okresného súdu v Revúcej č.k. 5C/3/2008/-157, zo dňa 13.09.2011, takto r o z h o d o l : Odporcovi trovy odvolacieho konania nepriznáva. o d ô v o d n e n i e : Okresný súd napadnutým rozsudkom zamietol návrh navrhovateľky, ktorým sa domáhala určenia, že nehnuteľnosti vedené Správou katastra Q., kat. úz. Q., obec Q., okres Q., vyhotovené geometrickým plánom na oddelenie a určenie vlastníckeho práva k pozemku parcela č. XXX/X a XXX/X vyhotovené P.. S. E., znalcom z odboru geodézie a kartografie kat. úz. Q., obec Q., okres Q., číslo plánu XCX/XXXX, zo dňa 12.04.2011, a to parcely registra "C" KN parcely č. XXX/X vo výmere 326 m2 - zastavané plochy ako aj parcela č. XXX/X vo výmere 616 m2 - záhrada, patria v celosti do jej vlastníctva, zamietol. Na odvolanie navrhovateľky Krajský súd v Banskej Bystrici rozsudkom č.k. 15Co/295/2011-185, zo dňa 14.03.2012 odvolaním napadnutý rozsudok okresného súdu ako vecne správny potvrdil. O trovách odvolacieho konania odvolací súd s poukazom na § 214 ods. 5 O.s.p. (v znení zákona č. 388/2011 Z. z., účinného od 01.01.2011) v čase vyhlásenia rozsudku nerozhodol. Podľa § 214 ods. 4 Občianskeho súdneho poriadku (ďalej v texte „O.s.p.“), ak odvolací súd verejne vyhlási rozsudok bez nariadenia pojednávania, doručí ho prítomným účastníkom hneď po jeho vyhlásení. Neprítomným účastníkom ho odošle najneskôr do troch dní; to neplatí, ak je potrebné vydať uznesenie podľa odseku 5. V takom prípade odvolací súd doručí rozsudok súčasne s uznesením podľa odseku 5. Podľa § 214 ods. 5 O.s.p., ak nemožno v čase verejného vyhlásenia rozsudku možné rozhodnúť o náhrade trov konania, pretože neboli vyčíslené, odvolací súd rozhodne samostatným uznesením. Rovnako postupuje, ak si účastníci konania uplatnia náhradu trov konania v súvislosti s verejným vyhlásením rozsudku. Podľa § 224 ods. 1 O.s.p., ustanovenia o trovách konania pred súdom prvého stupňa platia i pre odvolacie konanie. Podľa § 142 ods. 1 O.s.p., účastníkovi, ktorý mal vo veci plný úspech, súd prizná náhradu trov potrebných na účelné uplatňovanie alebo bránenie práva proti účastníkovi, ktorý vo veci úspech nemal. Podľa § 151 ods. 1 O.s.p.,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O trovách odvolacieho konania rozhodol odvolací súd podľa § 142 ods. 1 O.s.p., podľa ktorého, účastníkovi, ktorý mal vo veci plný úspech, súd prizná náhradu trov potrebných na účelné uplatňovanie alebo bránenie práva proti účastníkovi, ktorý vo veci úspech nemal. Navrhovateľka v odvolacom konaní nebola úspešná a vznikla jej tak povinnosť uhradiť trovy odvolacieho konania úspešnému odporcovi. Keďže však odporca návrh na priznanie trov odvolacieho konania nepodal a o trovách konania (s výnimkou trov štátu) rozhoduje súd len na návrh, odvolací súd mu trovy odvolacieho konania nepriznal. Poučenie: Proti tomuto rozhodnutiu odvolanie nie je prípustné.</w:t>
      </w:r>
    </w:p>
    <w:p/>
    <w:p>
      <w:r>
        <w:t>Zdroj: KAUZIS.SK – https://www.kauzis.sk/judikatura/r/ECLI:SK:KSBB:2012:6907214292.3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