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17Co/138/2012 z 26. 6. 2012</w:t>
      </w:r>
    </w:p>
    <w:p>
      <w:r>
        <w:t>Uznesenie Krajského súdu Banská Bystrica z 26. júna 2012, sp. zn. 17Co/138/2012, ECLI:SK:KSBB:2012:6911201892.1</w:t>
      </w:r>
    </w:p>
    <w:p>
      <w:r>
        <w:t>Súd: Krajský súd Banská Bystrica</w:t>
      </w:r>
    </w:p>
    <w:p>
      <w:r>
        <w:t>Spisová značka: 17Co/138/2012</w:t>
      </w:r>
    </w:p>
    <w:p>
      <w:r>
        <w:t>ECLI: ECLI:SK:KSBB:2012:6911201892.1</w:t>
      </w:r>
    </w:p>
    <w:p>
      <w:r>
        <w:t>Dátum vydania: 26. 6.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17Co/138/2012 Identifikačné číslo súdneho spisu: 6911201892 Dátum vydania rozhodnutia: 27. 06. 2012 Meno a priezvisko sudcu, VSÚ: JUDr. Zita Nagypálová ECLI: ECLI:SK:KSBB:2012:6911201892.1 Uznesenie Krajský súd v Banskej Bystrici ako súd odvolací v právnej veci navrhovateľky S. J., nar. XX. XX. XXXX, bytom G., J. XXXX/XX, proti odporcom 1/ Y. O., nar. XX. XX. XXXX, bytom I., P. XXXX , 2/ Q. O., nar. XX. XX. XXXX, bytom I., B. XXX, 3/ Q. Z., nar. XX. XX. XXXX, bytom I., B. XXX, 4/ I. Z., nar. XX. XX. XXXX, bytom I., B. XXX, o zrušenie a vyporiadanie podielového spoluvlastníctva k nehnuteľnosti, o odvolaní navrhovateľky proti uzneseniu Okresného súdu Rimavská Sobota č. k. 14C/33/2011 - 110 zo dňa 16. 02. 2012, takto r o z h o d o l : Uznesenie okresného súdu p o t v r d z u j e . o d ô v o d n e n i e : Konanie o zrušenie a vyporiadanie podielového spoluvlastníctva proti odporcom 3/ a 4/ okresný súd podľa § 96 Občianskeho súdneho poriadku (ďalej len „OSP“) zastavil pre späťvzatie návrhu navrhovateľkou v tejto časti. Odporcom 3/ a 4/ právo na náhradu trov konania nepriznal z dôvodu, že si žiadne trovy konania neuplatnili. Uznesenie súdu prvého stupňa napadla odvolaním navrhovateľka. Potvrdila, že na pojednávaní dňa 16. 02. 2012 vzala späť návrh proti odporcom 3/ a 4/, ale ako laik - neprávnik konala pod tlakom, v tiesni, unáhlene a berie späť svoj návrh na zastavenie konania proti odporcom 3/ a 4/. Späťvzatím návrhu proti odporcom 3/ a 4/ a následné zastavenie konania proti odporcom 3/ a 4/ bolo zneužité pri formulovaní zmieru s odporcami 1/ a 2/. Zákonná sudkyňa pri zostavovaní zmieru neprihliadla na ochranu jej záujmov. Na pojednávaní bola navrhovateľka uvedená do omylu, čo sa týka platobnej schopnosti odporcov. Rozhodnutie súdu poškodilo jej vlastnícke a občianske práva. Navrhla uznesenie o zastavení konania proti odporcom 3/ a 4/ zrušiť, a vec vrátiť okresnému súdu na ďalšie konanie a rozhodnutie vo veci samej o rozdelení a vyporiadaní nehnuteľnosti. Krajský súd preskúmal uznesenie okresného súdu o zastavení konania proti odporcom 3/ a 4/ spolu s výrokom o trovách konania, ako aj konanie ktoré vydaniu rozhodnutia predchádzalo (§ 212 ods. 1 OSP) bez nariadenia odvolacieho pojednávania podľa § 214 ods. 2 OSP a uznesenie okresného súdu ako vecne správne podľa § 219 ods. 1, 2 OSP potvrdil. Zo zápisnice o pojednávaní, ktoré sa uskutočnilo dňa 16. 02. 2012 na Okresnom súde v Rimavskej Sobote za účasti navrhovateľky, odporcov 1/, 2/ a 3/ odvolací súd zistil, že pred začatím pojednávania navrhovateľka oznámila súdu, že svoj návrh na začatie konania proti odporcom 3/ a 4/ rade berie späť a žiada voči nim konanie zastaviť. Prítomný odporca 3/ za seba aj za odporkyňu 4/, ktorú v konaní zastupoval so späťvzatím návrhu vyjadril súhlas. Na pojednávaní prvostupňový súd vyhlásil uznesenie, ktorým konanie v časti týkajúcej sa odporcov 3/ a 4/ zastavil. Podľa § 96 ods. 1, 2, 3 OSP navrhovateľ môže vziať za konania späť návrh na jeho začatie, a to sčasti alebo celkom. Ak je návrh vzatý späť celkom, súd konanie zastaví. Ak je návrh vzatý späť sčasti, súd konanie v tejto časti zastaví. Súd konanie nezastaví, ak odporca so späťvzatím návrhu z vážnych dôvodov nesúhlasí; v takom prípade súd po právoplatnosti uznesenia pokračuje v konaní. Nesúhlas odporcu so späťvzatím návrhu nie je účinný, ak dôjde k späťvzatiu návrhu skôr, než sa začalo pojednávanie, alebo ak ide o späťvzatie návrhu na rozvod, neplatnosť manželstva alebo určenie, či tu manželstvo je alebo nie je. V takomto prípade súd rozhodne o zastavení konania do 30 dní od späťvzatia návrhu. Navrhovateľka vzala späť čiastočne návrh na začatie konania v časti týkajúcej sa odporcov 3/ a 4/ ešte pred začatím prvého pojednávania. Prvostupňový súd jej prejav vôle vyhodnotil správne, keď konanie zastavil iba v časti týkajúcej sa odporcov 3/ a 4/. Späťvzatie návrhu vyvolá zamýšľané účinky ihneď ako je oznámené súdu. Ak účastník vezme späť návrh na začatie konania, súd musí rešpektovať vôľu navrhovateľa a konanie zastaviť, okrem prípadov, keď sa pre zastavenie konania vyžaduje súhlas odporcu a odporca so späťvzatím návrhu nesúhlasí. Ak navrhovateľ vzal návrh späť, nemôže späťvzatie odvolať (R 95/1998). V napadnutom uznesením okresný súd správne rozhodol aj o trovách konania medzi navrhovateľkou a odporcami 3/ a 4/. Z týchto dôvodov bolo uznesenie okresného súdu ako vecne správne potvrdené v celom rozsahu. Ak späťvzatie návrhu nie je možné odvolať (vziať späť) sú právne bezvýznamné dôvody, ktoré navrhovateľku k tomuto úkonu viedli. Dôvody uvedené v odvolaní navrhovateľky nie sú pre rozhodnutie veci podstatné a odvolací súd nepovažuje za potrebné na ne reagovať. Toto rozhodnutie bolo prijaté pomerom hlasov 3:0. Poučenie: Proti tomuto rozhodnutiu odvolanie nie je prípustné.</w:t>
      </w:r>
    </w:p>
    <w:p/>
    <w:p>
      <w:r>
        <w:t>Zdroj: KAUZIS.SK – https://www.kauzis.sk/judikatura/r/ECLI:SK:KSBB:2012:6911201892.1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