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15Co/117/2012 z 11. 9. 2012</w:t>
      </w:r>
    </w:p>
    <w:p>
      <w:r>
        <w:t>Uznesenie Krajského súdu Banská Bystrica z 11. septembra 2012, sp. zn. 15Co/117/2012, ECLI:SK:KSBB:2012:6911203997.2</w:t>
      </w:r>
    </w:p>
    <w:p>
      <w:r>
        <w:t>Súd: Krajský súd Banská Bystrica</w:t>
      </w:r>
    </w:p>
    <w:p>
      <w:r>
        <w:t>Spisová značka: 15Co/117/2012</w:t>
      </w:r>
    </w:p>
    <w:p>
      <w:r>
        <w:t>ECLI: ECLI:SK:KSBB:2012:6911203997.2</w:t>
      </w:r>
    </w:p>
    <w:p>
      <w:r>
        <w:t>Dátum vydania: 11. 9. 2012</w:t>
      </w:r>
    </w:p>
    <w:p>
      <w:r>
        <w:t>Forma: Uznesenie</w:t>
      </w:r>
    </w:p>
    <w:p>
      <w:pPr>
        <w:pStyle w:val="Heading2"/>
      </w:pPr>
      <w:r>
        <w:t>Text rozhodnutia</w:t>
      </w:r>
    </w:p>
    <w:p>
      <w:r>
        <w:t>Súd: Krajský súd Banská Bystrica Spisová značka: 15Co/117/2012 Identifikačné číslo súdneho spisu: 6911203997 Dátum vydania rozhodnutia: 12. 09. 2012 Meno a priezvisko sudcu, VSÚ: JUDr. Jaroslav Mikulaj ECLI: ECLI:SK:KSBB:2012:6911203997.2 Uznesenie Krajský súd v Banskej Bystrici v právnej veci navrhovateľa I. R., nar. XX. X. XXXX, bytom J., E. XXX, t. č. A., zastúpeného K. R., nar. XX. X. XXXX, bytom J., E. XXX, proti odporkyni C. K., nar. X. X. XXXX, bytom N., F. X/XX, o určenie neplatnosti kúpnej zmluvy, na odvolanie navrhovateľa proti uzneseniu Okresného súdu Rimavská Sobota, č. k. 6C 72/2011-59 zo dňa 20. 4. 2012, takto r o z h o d o l : Uznesenie okresného súdu p o t v r d z u j e . o d ô v o d n e n i e : Napadnutým uznesením okresný súd uložil navrhovateľovi zaplatiť súdny poplatok za podanie odvolania proti rozsudku Okresného súdu Rimavská Sobota č. k. 6C/72/2011-45 zo dňa 14. 2. 2012 vo výške 99,50 EUR podľa položky 1 písm. b/ Sadzobníka súdnych poplatkov. Proti uzneseniu okresného súdu podal v zákonom stanovenej lehote odvolanie navrhovateľ. Uviedol, že mu bolo priznané oslobodenie od súdnych poplatkov už v rámci konania o obnove konania uznesením Okresného súdu Rimavská Sobota č. k. 6C/77/2010-45, pričom podľa zákona sa oslobodenie od súdnych poplatkov vzťahuje na celé konanie a má i spätnú účinnosť. Na základe uvedeného navrhol odvolaciemu súdu aby napadnuté uznesenie prvostupňového súdu zrušil. Krajský súd, ako súd odvolací, preskúmal vec v rozsahu danom ustanovením § 212 ods. 1 zákona č. 99/1963 Zb. Občianskeho súdneho poriadku (ďalej v texte aj „O. s. p.“), bez nariadenia pojednávania podľa § 214 ods. 2 O. s. p., a odvolaním napadnuté uznesenie okresného súdu podľa § 219 ods. 1 O. s. p. ako vecne správne potvrdil. Podľa § 5 ods. 1 písm. a/ zákona č. 71/1992 Zb. o súdnych poplatkoch a poplatku za výpis z registra trestov (ďalej v texte aj „Zákon o súdnych poplatkoch“), poplatková povinnosť vzniká podaním návrhu, odvolania a dovolania alebo žiadosti na vykonanie poplatkového úkonu, ak je poplatníkom navrhovateľ, odvolateľ a dovolateľ. Podľa § 6 ods. 1 Zákona o súdnych poplatkoch, sadzba poplatku je uvedená v sadzobníku percentom zo základu poplatku alebo pevnou sumou. Podľa položky 1 písm. b/ Sadzobníka súdnych poplatkov, ak nemožno predmet konania oceniť peniazmi, súdny poplatok z návrhu na začatie konania je 99,50 EUR. Podľa prvej vety poznámky č. 3 k položke č. 1 Sadzobníka súdnych poplatkov, poplatky podľa rovnakej sadzby sa platia i v odvolacom konaní vo veci samej. V záujme hospodárnosti konania môže súd spojiť na spoločné konanie veci, ktoré sa u neho začali a skutkovo spolu súvisia alebo sa týkajú tých istých účastníkov. Ak sa v návrhu na začatie konania uvádzajú veci, ktoré sa na spojenie nehodia, alebo ak odpadnú dôvody, pre ktoré súd veci spojil, môže súd niektorú vec vylúčiť na samostatné konanie (112 ods. 1, 2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 138 ods. 1 O. s. p.). Krajský súd preskúmaním súdneho spisu zistil, že navrhovateľ sa v konaní pred Okresným súdom Rimavská Sobota pod sp. zn. 6C/77/2010 domáhal obnovy konania vedeného pred Okresným súdom Rimavská Sobota pod sp. zn. 8C/2005/2005. Spolu s návrhom na povolenie obnovy konania navrhovateľ požiadal o oslobodenie od súdnych poplatkov, ktorej žiadosti bolo vyhovené uznesením Okresného súdu Rimavská Sobota č. k. 6C/77/2010-45 zo dňa 24. 9. 2010. V priebehu konania o povolenie obnovy konania podal navrhovateľ dňa 3. 3. 2011 návrh na vyslovenie neplatnosti kúpnej zmluvy, ktorá bola uzavretá medzi ním a odporkyňou dňa 11. 8. 1998 (ďalej aj „kúpna zmluva“). Okresný súd uznesením č. 6C/77/2010-92 zo dňa 8. 3. 2011 vylúčil tento návrh navrhovateľa na samostatné konanie a rozsudkom č. k. 6C/72/2011-45 zo dňa 14. 2. 2012 jeho návrh zamietol. Proti zamietavému rozsudku okresného súdu podal navrhovateľ odvolanie, za ktoré odvolanie mu okresný súd napadnutým uznesením vyrubil súdny poplatok vo výške 99,50 EUR. Navrhovateľ svoje odvolanie proti uzneseniu o poplatkovej povinnosti za podané odvolanie založil na skutočnosti, že už v rámci konania o povolenie obnovy konania bol od platenia súdnych poplatkov v celom rozsahu oslobodený, a že toto oslobodenie sa vzťahuje na celé konanie a má i spätnú účinnosť. Krajský súd sa však z dôvodmi odvolania nestotožnil. Ako už bolo uvedené vyššie, navrhovateľovi bolo uznesením Okresného súdu Rimavská Sobota č. k. 6C/77/2010-45 zo dňa 24. 9. 2010 priznané oslobodenie od súdnych poplatkov v konaní, v ktorom sa domáhal povolenia obnovy konania vedeného pred Okresným súdom Rimavská Sobota pod sp. zn. 8C/2005/05. Uvedené oslobodenie (nakoľko okresný súd v uznesení o priznaní oslobodenia od súdnych poplatkov neuviedol inak) sa síce vzťahuje na celé konanie tak, ako to správne uviedol odvolateľ, ale vždy sa vzťahuje len na to konanie, v ktorom bolo oslobodenie od súdnych poplatkov žiadateľovi priznané. Ak teda navrhovateľ v priebehu konania o povolenie obnovy konania podal návrh na vyslovenie neplatnosti kúpnej zmluvy, ktorý návrh okresný súd uznesením vylúčil na samostatné konanie, rozhodovanie o tomto návrhu už nebolo predmetom konania o povolenie obnovy konania, a teda ani oslobodenie od súdnych poplatkov v konaní o povolenie obnovy konania sa nevzťahuje na povinnosť platiť súdne poplatky v konaní o určenie neplatnosti kúpnej zmluvy, ktoré konanie je konaním samostatným. Z uvedených dôvodov rozhodol okresný súd správne pokiaľ navrhovateľovi uložil súdny poplatok za odvolanie uhradiť a odvolaciemu súdu teda neostávala iná možnosť, ako napadnuté uznesenie okresného súdu ako vo výroku vecne správne potvrdiť. Rozhodnutie bolo prijaté senátom Krajského súdu v Banskej Bystrici, ako súdu odvolacieho, pomerom hlasov 3: 0. Poučenie: Proti tomuto rozhodnutiu odvolanie nie je prípustné.</w:t>
      </w:r>
    </w:p>
    <w:p/>
    <w:p>
      <w:r>
        <w:t>Zdroj: KAUZIS.SK – https://www.kauzis.sk/judikatura/r/ECLI:SK:KSBB:2012:6911203997.2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