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21Sd/247/2013 z 13. 8. 2013</w:t>
      </w:r>
    </w:p>
    <w:p>
      <w:r>
        <w:t>Rozsudok Krajského súdu Banská Bystrica z 13. augusta 2013, sp. zn. 21Sd/247/2013, ECLI:SK:KSBB:2013:6013200728.1</w:t>
      </w:r>
    </w:p>
    <w:p>
      <w:r>
        <w:t>Súd: Krajský súd Banská Bystrica</w:t>
      </w:r>
    </w:p>
    <w:p>
      <w:r>
        <w:t>Spisová značka: 21Sd/247/2013</w:t>
      </w:r>
    </w:p>
    <w:p>
      <w:r>
        <w:t>ECLI: ECLI:SK:KSBB:2013:6013200728.1</w:t>
      </w:r>
    </w:p>
    <w:p>
      <w:r>
        <w:t>Dátum vydania: 13. 8. 2013</w:t>
      </w:r>
    </w:p>
    <w:p>
      <w:r>
        <w:t>Forma: Rozsudok</w:t>
      </w:r>
    </w:p>
    <w:p>
      <w:r>
        <w:t>Oblasť práva: Správne právo</w:t>
      </w:r>
    </w:p>
    <w:p>
      <w:pPr>
        <w:pStyle w:val="Heading2"/>
      </w:pPr>
      <w:r>
        <w:t>Text rozhodnutia</w:t>
      </w:r>
    </w:p>
    <w:p>
      <w:r>
        <w:t>Súd: Krajský súd Banská Bystrica Spisová značka: 21Sd/247/2013 Identifikačné číslo súdneho spisu: 6013200728 Dátum vydania rozhodnutia: 14. 08. 2013 Meno a priezvisko sudcu, VSÚ: JUDr. Eva Valenčíková ECLI: ECLI:SK:KSBB:2013:6013200728.1 ROZSUDOK V MENE SLOVENSKEJ REPUBLIKY Krajský súd v Banskej Bystrici v konaní pred samosudkyňou JUDr. Evou Valenčíkovou v právnej veci navrhovateľky: P. Y., nar. XX. C. XXXX, bytom T. XX, XXX XX X. X. proti odporkyni: Sociálna poisťovňa, ústredie, Ul. 29. augusta 8, 813 63 Bratislava o preskúmanie rozhodnutia o znížení sumy invalidného dôchodku takto r o z h o d o l : Súd rozhodnutie odporkyne č. XXX XXX XXXX . zo dňa 25. januára 2013 p o t v r d z u j e. Navrhovateľke právo na náhradu trov konania nepriznáva. o d ô v o d n e n i e : Navrhovateľka včas podaným opravným prostriedkom napadla rozhodnutie odporkyne č. XXX XXX XXXX zo dňa 25.1.2013, ktorým podľa § 73, § 112 ods. 4 a 6, § 82 a § 293ce zákona č. 461/2003 Z.z. o sociálnom poistení v znení neskorších predpisov, znížila navrhovateľke sumu invalidného dôchodku od 2.3.2013 na sumu 306,00 EUR mesačne. V odôvodnení rozhodnutia odporkyňa uviedla, že pokles schopnosti vykonávať zárobkovú činnosť je u navrhovateľky od 20.9.2012 50 %, je zdôvodnený v posudku posudkového lekára SP, pobočka Banská Bystrica, ktorý tvorí druhú časť lekárskej správy z 20.12.2012 a je súčasťou odôvodnenia. Postup pri určení sumy invalidného dôchodku odôvodnila podľa § 73 ods. 2 a ostatných súvisiacich ustanovení zákona. Navrhovateľka v opravnom prostriedku uviedla, že pri posudzovaní zdravotného stavu 21.10.2011 jej bola určená miera poklesu zárobkovej činnosti 80 %. Jej zdravotný stav sa od tej doby nezlepšil. Zažívacie problémy pretrvávajú a sú čoraz horšie a častejšie, preto so záverom posudkovej lekárky nesúhlasila. Súd prejednal vec na pojednávaní dňa 14.8.2013 za účasti účastníkov. Navrhovateľka nesúhlasila s určenou mierou poklesu zárobkovej činnosti 50 %. Odporkyňa navrhla napadnuté rozhodnutie ako vecne správne potvrdiť. Súd preskúmal vec podľa § 250l ods. 1, 2 O.s.p. Vykonal dokazovanie oboznámením sa s listinnými dôkazmi, stanoviskami účastníkov, lekárskou dokumentáciou navrhovateľky, administratívnym spisom a zistil tento skutkový stav: Navrhovateľka bola pre nepriaznivý zdravotný stav uznaná invalidnou od 8.2.2005 s mierou poklesu schopnosti vykonávať zárobkovú činnosť 80 % pre nádorové ochorenie ženských pohlavných orgánov. Dňa 20.12.2012 bol zdravotný stav navrhovateľky posúdený na kontrolnej lekárskej prehliadke určenej na 12/2012 posudkovým lekárom SP, pobočky Banská Bystrica. Posudkový lekár z predloženej lekárskej dokumentácie určil rozhodujúce zdravotné postihnutie - choroby ženských pohlavných orgánov a podľa kapitoly XIII, položka 6, písm. c/ prílohy č. 4 k zákonu stanovil 50 % mieru poklesu zárobkovej činnosti. Z posudku vyplýva, že navrhovateľka sa v marci 2004 podrobila rozsiahlej operácii v oblasti brucha pre zhubný nádor vaječníka s metastázami do vzdialených orgánov. V máji 2004 sa podrobila ďalšej operácii pre horúčky a viacpočetné abscesy v brušnej dutine. Následne prebehla onkologická liečba, ktorá bola ukončená v septembri 2004. V roku 2008 bola realizovaná nová chemoterapia pre metastázu nádoru vo vaječníku, ktorá bola ukončená v septembri 2008. Odvtedy je dokumentovaná remisia ochorenia. Pridružené degeneratívne ochorenia bedrových kĺbov s ľahkým funkčným deficitom je zatiaľ vzhľadom na krátku dobu liečby posudkovo nevýznamné. Ďalšia kontrolná lekárska prehliadka navrhovateľke stanovená nebola. Posudkový lekár zotrval na tomto svojom posudkovom závere aj po podaní opravného prostriedku, preto i pre účely súdneho konania posudzoval zdravotný stav navrhovateľky dňa 6.5.2013 posudkový lekár SP, ústredie Bratislava, vysunuté pracovisko v Banskej Bystrici. Posudkový lekár, zhodne ako predchádzajúci, určil rozhodujúce zdravotné postihnutie i mieru poklesu schopnosti vykonávať zárobkovú 50 %. V posudku už okrem zmieneného aj posudkovým lekárom na pobočke, uviedol, že navrhovateľka sa po 5 rokoch ochorenia v remisii cíti dobre až na zažívacie ťažkosti a nechutenstvo, nafukovanie, občasné hnačky s obstipáciou stolice. Hmotnosť je však stabilizovaná, nemá rozvrat vnútorného prostredia, netrpí podvýživou. Hornú hranicu 50 % určil posudkový lekár vzhľadom na zažívacie ťažkosti, ktorými navrhovateľka trpí po opakovaných operáciách v dutine brušnej, pri možných operačných zrastoch a po resekcii žalúdka BI. Ochorenie bedrových kĺbov tiež považuje za nezávažné, pretože je bez akejkoľvek funkčnej poruchy. Navrhovateľka na pojednávaní s takýmto posúdením zdravotného stavu nesúhlasila. Uviedla, že má komplikované zažívacie problémy, ktoré vyplývajú z predložených lekárskych nálezov. Podľa jej názoru miera poklesu zárobkovej činnosti 50 % je nízka a mala by byť určená aspoň vo výške 60 %. Súd po preskúmaní veci podľa 250l ods. 1 O.s.p. dospel k záveru, že navrhovateľka podala opravný prostriedok nedôvodne. Podľa § 71 ods. 3 - 7 zákona č. 461/2003 Z.z. o sociálnom poistení (ďalej len zákon)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Podľa § 153 ods. 5 zákona lekársku posudkovú činnosť vykonáva posudkový lekár Sociálneho poistenia príslušnej pobočky a posudkový lekár Sociálneho poistenia ústredia. Podľa § 112 ods. 4, 6 výplata dávky sa zastaví, uvoľní alebo sa dávka vypláca v nižšej sume alebo vo vyššej sume, ak sa zmenia skutočnosti rozhodujúce na nárok na výplatu dávky. Dávka sa odníme, zníži alebo jej výplata sa zastaví odo dňa nasledujúceho po dni, ktorým uplynulo obdobie, za ktoré sa dávka už vyplatila. Z vykonaného dokazovania mal súd preukázané, že odporkyňa o nároku navrhovateľky rozhodla v administratívnom konaní v súlade so zákonom. Zdravotný stav navrhovateľky bol v zmysle zákonných kritérií určených pre invaliditu posúdený na kontrolnej lekárskej prehliadke posudkovými lekármi na pobočke i v ústredí SP, ktorí zhodne určili rozhodujúce zdravotné postihnutie i mieru poklesu schopnosti vykonávať zárobkovú činnosť v súlade s prílohou č. 4 k zákonu, pričom vychádzali z odborných lekárskych nálezov predložených navrhovateľkou. Rozhodujúcim zdravotným postihnutím navrhovateľky je naďalej ochorenie - zhubný nádor vaječníka. Ide už o ochorenie po stabilizácii zdravotného stavu (spravidla po dvoch rokoch) podľa kapitoly XIII, položka 6, písm. c/ prílohy č. 4 k zákonu, podľa ktorého zákon stanovuje pre uvedené ochorenie rozmedzie od 30 % do 50 %. U navrhovateľky po operačnom riešení a chemoterapii od roku 2008 došlo k remisii ochorenia, stav je bez recidívy takmer 5 rokov. Naďalej však pretrvávajú zažívacie ťažkosti, nechutenstvo, nafukovanie, občasné hnačky a obstipácia stolice pri stabilizovanej hmotnosti. Klinický onkológ u navrhovateľky potvrdil stabilizáciu ochorenia i v 02/2013 pri negatívnom CT náleze hrudníka aj brucha, negatívnych onkomarkeroch a dobrom klinickom náleze. Miera poklesu schopnosti vykonávať zárobkovú činnosť pri takomto posúdení zdravotného stavu vyplývajúcom z lekárskej dokumentácie odôvodňuje 50 % mieru poklesu zárobkovej činnosti. Hornú hranicu práve odôvodňujú všetky subjektívne zdravotné obtiaže navrhovateľky, ktorými trpí po opakovaných operáciách v dutine brušnej, pri možných pooperačných zrastoch a resekcii žalúdka. Preukázaná počínajúca artróza na oboch bedrových kĺboch vzhľadom na nedostatok akejkoľvek funkčnej poruchy nespĺňa zákonné kritériá pre možné navýšenie miery poklesu zárobkovej činnosti. Vychádzajúc z predloženej lekárskej dokumentácie navrhovateľky súd si osvojil posudkové závery posudkových lekárov, pretože žiadne z odborných lekárskych nálezov nepreukazujú iný ako nimi zistený stav. Súd hodnotil posudky posudkových lekárov podľa § 132 O.s.p. ako každý iný dôkaz a dospel k záveru, že posudok posudkového lekára SP, pobočky Banská Bystrica, ktorý bol vo svojom obsahu potvrdený aj posudkovým záverom posudkového lekára SP ústredie Bratislava - vysunuté pracovisko Banská Bystrica, sa opiera o súčasné poznatky lekárskej vedy a netrpí rozpormi. Rozpory sa nevyskytli ani medzi posudkami posudkových lekárov navzájom a medzi závermi posudkových lekárov a lekárskou dokumentáciou navrhovateľky. Posudky podľa názoru súdu vychádzajú z kritérií stanovených v prílohe č. 4 k zákonu a ich závery boli prijaté po komplexnom a objektívnom zhodnotení zdravotného stavu navrhovateľky. Z tohto hodnotenia zdravotného stavu vyplýva, že súčasný zdravotný stav neodôvodňuje u navrhovateľky ponechať 80 % mieru poklesu zárobkovej činnosti, že vzhľadom na uplynutie 5 ročnej doby stabilizácie zdravotného stavu navrhovateľka spĺňa podmienky na priznanie 50 % miery poklesu vykonávať zárobkovú činnosť. Navrhovateľka v súdnom konaní nepreukázala odôvodnenosť ponechania 80 % miery poklesu schopnosti vykonávať zárobkovú činnosť. Nepredložila ani žiadne také listinné dôkazy, ktoré by odôvodňovali vykonať vo veci doplňujúce dokazovanie. Keďže u navrhovateľky sa zmenila miera poklesu schopnosti vykonávať zárobkovú činnosť z 80 % na 50 %, ako jedna zo zákonných skutočností rozhodujúcich na nárok na výplatu dávky, odporkyňa v súlade s § 112 ods. 4, 6 zákona znížila navrhovateľke adekvátne invalidný dôchodok. Súd preto dospel k záveru, že rozhodnutie odporkyne napadnuté opravným prostriedkom navrhovateľky je vecne správne a zákonné. Z tohto dôvodu súd rozhodnutie potvrdil tak, ako je vo výrokovej časti tohto rozsudku uvedené. Navrhovateľka nebola so svojim opravným prostriedkom úspešná, preto súd § 250k ods. 1 O.s.p. v spojení s § 250l ods. 2 O.s.p. Navrhovateľke právo na náhradu trov konania nepriznal.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https://www.kauzis.sk/judikatura/r/ECLI:SK:KSBB:2013:6013200728.1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