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Banská Bystrica sp. zn. 27Sp/37/2012 z 13. 7. 2014</w:t>
      </w:r>
    </w:p>
    <w:p>
      <w:r>
        <w:t>Opravné uznesenie Krajského súdu Banská Bystrica z 13. júla 2014, sp. zn. 27Sp/37/2012, ECLI:SK:KSBB:2014:6012201280.3</w:t>
      </w:r>
    </w:p>
    <w:p>
      <w:r>
        <w:t>Súd: Krajský súd Banská Bystrica</w:t>
      </w:r>
    </w:p>
    <w:p>
      <w:r>
        <w:t>Spisová značka: 27Sp/37/2012</w:t>
      </w:r>
    </w:p>
    <w:p>
      <w:r>
        <w:t>ECLI: ECLI:SK:KSBB:2014:6012201280.3</w:t>
      </w:r>
    </w:p>
    <w:p>
      <w:r>
        <w:t>Dátum vydania: 13. 7. 2014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Banská Bystrica Spisová značka: 27Sp/37/2012 Identifikačné číslo súdneho spisu: 6012201280 Dátum vydania rozhodnutia: 14. 07. 2014 Meno a priezvisko sudcu, VSÚ: JUDr. Alena Antalová ECLI: ECLI:SK:KSBB:2014:6012201280.3</w:t>
      </w:r>
    </w:p>
    <w:p>
      <w:r>
        <w:t>Opravné uznesenie Krajský súd v Banskej Bystrici v právnej veci navrhovateľa - odvolateľa: T. F., nar. XX.XX.XXXX, bytom P. XXXX/XX, XXX XX B. M. L. proti odporcovi: Centrum právnej pomoci, Kancelária Žilina, Národná 34, 011 00 Žilina o preskúmanie zákonnosti rozhodnutia a postupu odporcu č. 1N 3742/12 zo dňa 15. novembra 2012 takto</w:t>
      </w:r>
    </w:p>
    <w:p>
      <w:r>
        <w:t>r o z h o d o l :</w:t>
      </w:r>
    </w:p>
    <w:p>
      <w:r>
        <w:t>Súd o p r a v u j e zrejmú nesprávnosť v záhlaví Rozsudku Krajského súdu v Banskej Bystrici č.k. 27Sp/37/2012-52 zo dňa 21.05.2014 tak, že správny dátum narodenia navrhovateľa je „XX.XX.XXXX“.</w:t>
      </w:r>
    </w:p>
    <w:p>
      <w:r>
        <w:t>o d ô v o d n e n i e :</w:t>
      </w:r>
    </w:p>
    <w:p>
      <w:r>
        <w:t>Rozsudkom č.k. 27Sp/37/2012-52 zo dňa 21.05.2014 Krajský súd v Banskej Bystrici prvou výrokovou vetou zrušil rozhodnutie odporcu č. 1N 3742/12 z 15.11.2012 a vec vrátil odporcovi na ďalšie konanie. Druhou výrokovou vetou návrh na prerušenie konania zamietol a treťou výrokovou vetou návrh na vstup vedľajšieho účastníka do konania vedeného pod č.k. 27Sp/37/2012 zamietol.</w:t>
      </w:r>
    </w:p>
    <w:p>
      <w:r>
        <w:t>Dňa 14. júla 2014 bolo súdu doručené odvolanie navrhovateľa, proti Rozsudku Krajského súdu v Banskej Bystrici č.k. 27Sp/37/2012-52 zo dňa 21.05.2014, v ktorom poukázal na zrejmú nesprávnosť v záhlaví rozsudku, pričom súd posúdil túto časť podania ako návrh na opravu rozsudku.</w:t>
      </w:r>
    </w:p>
    <w:p>
      <w:r>
        <w:t>Podľa § 246c prvá veta Občianskeho súdneho poriadku (ďalej len „O.s.p.“) pre riešenie otázok, ktoré nie sú priamo upravené v tejto časti, sa použijú primerane ustanovenia prvej, tretej a štvrtej časti tohto zákona.</w:t>
      </w:r>
    </w:p>
    <w:p>
      <w:r>
        <w:t>Podľa § 167 ods. 2 O.s.p. ak nie je ďalej ustanovené inak, použijú sa na uznesenie primerane ustanovenia o rozsudku.</w:t>
      </w:r>
    </w:p>
    <w:p>
      <w:r>
        <w:t>Podľa § 164 O.s.p.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</w:t>
      </w:r>
    </w:p>
    <w:p>
      <w:r>
        <w:t>Pri vyhotovovaní písomného vyhotovenia rozsudku došlo k zrejmej nesprávnosti, keď bol v jeho záhlaví nesprávne uvedený dátum narodenia navrhovateľa T. F., nar. XX.XX.XXXX, hoci správny dátum narodenia je XX.XX.XXXX.</w:t>
      </w:r>
    </w:p>
    <w:p>
      <w:r>
        <w:t>Na základe uvedených skutočností bola preto podľa § 164 O.s.p. vykonaná oprava záhlavia Rozsudku tunajšieho súdu č.k. 27Sp/37/2012-52 zo dňa 21.05.2014 týmto opravným uznesením tak, že správne tunajší súd rozhodoval v právnej veci navrhovateľa : T. F., nar. XX.XX.XXXX.</w:t>
      </w:r>
    </w:p>
    <w:p>
      <w:r>
        <w:t>Poučenie:</w:t>
      </w:r>
    </w:p>
    <w:p>
      <w:r>
        <w:t>Proti tomuto rozhodnutiu nie je možné podať odvolanie.</w:t>
      </w:r>
    </w:p>
    <w:p/>
    <w:p>
      <w:r>
        <w:t>Zdroj: KAUZIS.SK – https://www.kauzis.sk/judikatura/r/ECLI:SK:KSBB:2014:6012201280.3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