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28Sp/52/2013 z 18. 2. 2014</w:t>
      </w:r>
    </w:p>
    <w:p>
      <w:r>
        <w:t>Uznesenie Krajského súdu Banská Bystrica z 18. februára 2014, sp. zn. 28Sp/52/2013, ECLI:SK:KSBB:2014:6013201449.2</w:t>
      </w:r>
    </w:p>
    <w:p>
      <w:r>
        <w:t>Súd: Krajský súd Banská Bystrica</w:t>
      </w:r>
    </w:p>
    <w:p>
      <w:r>
        <w:t>Spisová značka: 28Sp/52/2013</w:t>
      </w:r>
    </w:p>
    <w:p>
      <w:r>
        <w:t>ECLI: ECLI:SK:KSBB:2014:6013201449.2</w:t>
      </w:r>
    </w:p>
    <w:p>
      <w:r>
        <w:t>Dátum vydania: 18. 2. 2014</w:t>
      </w:r>
    </w:p>
    <w:p>
      <w:r>
        <w:t>Forma: Uznesenie</w:t>
      </w:r>
    </w:p>
    <w:p>
      <w:pPr>
        <w:pStyle w:val="Heading2"/>
      </w:pPr>
      <w:r>
        <w:t>Text rozhodnutia</w:t>
      </w:r>
    </w:p>
    <w:p>
      <w:r>
        <w:t>Súd: Krajský súd Banská Bystrica Spisová značka: 28Sp/52/2013 Identifikačné číslo súdneho spisu: 6013201449 Dátum vydania rozhodnutia: 19. 02. 2014 Meno a priezvisko sudcu, VSÚ: JUDr. Mgr. Katarína Haviarová ECLI: ECLI:SK:KSBB:2014:6013201449.2 Uznesenie Krajský súd v Banskej Bystrici v právnej veci navrhovateľky: P. S., nar. XX.XX.XXXX, bytom R. M. XXXX/XX, XXX XX R. proti odporcovi: Centrum právnej pomoci, so sídlom Nám. Slobody 12, 810 05 Bratislava 15, IČO: 30 798 841, Kancelária Banská Bystrica, Trieda SNP 75, 974 89 Banská Bystrica, o preskúmanie zákonnosti rozhodnutia odporcu č. 6282/2013 zo dňa 20. augusta 2013 takto r o z h o d o l : Konanie z a s t a v u j e. Žiaden z účastníkov nemá právo na náhradu trov konania. o d ô v o d n e n i e : Dňa 10. septembra 2013 bolo tunajšiemu súdu doručené odvolanie navrhovateľky P. S., nar. XX.XX.XXXX, bytom R. M. XXXX/XX, XXX XX R. proti rozhodnutiu odporcu Centra právnej pomoci, so sídlom Nám. Slobody 12, 810 05 Bratislava 15, IČO: 30 798 841, Kancelária Banská Bystrica, Trieda SNP 75, 974 89 Banská Bystrica č. 6282/2013 zo dňa 20. augusta 2013, ktorým odporca nepriznal navrhovateľke nárok na poskytnutie právnej pomoci. Dňa 14. februára 2014 bolo súdu doručené podanie navrhovateľky, v ktorom uviedla, že berie odvolanie proti rozhodnutiu odporcu č. 6282/2013 zo dňa 05. septembra 2013 v celom rozsahu späť a navrhla, aby súd konanie zastavil. Súd posúdil uvedené podanie navrhovateľky podľa jeho obsahu ako späťvzatie predmetného odvolania. Podľa § 250l ods. 1 Občianskeho súdneho poriadku (ďalej len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navrhovateľka podaním doručeným súdu dňa 14. februára 2014 vzala v priebehu konania pred rozhodnutím súdu svoje odvolanie späť, súd s poukazom na ust. § 250l ods. 2 O.s.p. v spojení s § 250d ods. 3 O.s.p. a § 250h ods. 2 O.s.p. konanie zastavil. O trovách konania súd rozhodol tak, že žiaden z účastníkov nemá právo na náhradu trov konania (§ 146 ods. 1 písm. c/ O.s.p. v spojení s § 246c ods. 1 O.s.p. v spojení s § 250l ods. 2 O.s.p.), pretože konanie bolo zastavené a súd nezistil splnenie podmienok na náhradu trov konania podľa § 250h ods. 2 O.s.p., ani § 250k ods. 1 O.s.p.. Poučenie: Proti tomuto rozhodnutiu je prípustné odvolanie podané v lehote 15 dní odo dňa jeho doručenia prostredníctvom tunajšieho súdu na Najvyšší súd SR.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https://www.kauzis.sk/judikatura/r/ECLI:SK:KSBB:2014:6013201449.2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