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24S/275/2013 z 19. 8. 2014</w:t>
      </w:r>
    </w:p>
    <w:p>
      <w:r>
        <w:t>Opravné uznesenie Krajského súdu Banská Bystrica z 19. augusta 2014, sp. zn. 24S/275/2013, ECLI:SK:KSBB:2014:6013201565.2</w:t>
      </w:r>
    </w:p>
    <w:p>
      <w:r>
        <w:t>Súd: Krajský súd Banská Bystrica</w:t>
      </w:r>
    </w:p>
    <w:p>
      <w:r>
        <w:t>Spisová značka: 24S/275/2013</w:t>
      </w:r>
    </w:p>
    <w:p>
      <w:r>
        <w:t>ECLI: ECLI:SK:KSBB:2014:6013201565.2</w:t>
      </w:r>
    </w:p>
    <w:p>
      <w:r>
        <w:t>Dátum vydania: 19. 8.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24S/275/2013 Identifikačné číslo súdneho spisu: 6013201565 Dátum vydania rozhodnutia: 20. 08. 2014 Meno a priezvisko sudcu, VSÚ: JUDr. Jana Novotná ECLI: ECLI:SK:KSBB:2014:6013201565.2 Opravné uznesenie Krajský súd v Banskej Bystrici v právnej veci žalobcu SIMPSON, s.r.o., J. Kozačeka 2003/40, 960 01 Zvolen 1, IČO: 44 988 311, zastúpeného advokátkou JUDr. Máriou Kuttnerovou, advokátkou, J. Kozačeka 2003/40, 960 01 Zvolen proti žalovanému Finančné riaditeľstvo Slovenskej republiky, Lazovná 63, 974 01 Banská Bystrica, 974 01 Banská Bystrica o preskúmanie zákonnosti rozhodnutia žalovaného č. 1100301/1/352192/2013/4989 zo dňa 26. júla 2013 takto r o z h o d o l : O p r a v u j e zrejmú nesprávnosť v písomnom vyhotovení rozsudku 24S/275/2013-33 zo dňa 5. júna 2014 tak, že spisová značka uvedená v pravom hornom rohu každej strany rozsudku od strany 2 po stranu 25 má správne znieť: 24S/275/2013. o d ô v o d n e n i e : Žalobca podaním doručeným súdu 18. 8. 2014 podal návrh na opravu znenia záhlavia rozsudku krajského súdu z dôvodu, že v písomnom vyhotovení je rozsudok iba na úvodnej strane označený správnym číslom súdneho konania. Na ostatných stranách je nesprávne uvedená spisová značka 24S/257/2013. Podľa § 59 ods. 4 vyhl. č. 543/2005 Z. z. o správnom a kancelárskom poriadku pre okresné súdy, krajské súdy, špeciálny súd sa v písomnom vyhotovení rozsudku na pravej strane vpravo hore vyznačí číslo konania a identifikačné číslo spisu. Na ďalších stranách sa vpravo hore vyznačuje spisová značka; na druhej strane a ďalších stranách rozsudku sa uprostred hore vyznačí aj poradové číslo strany. Podľa § 164 Občianskeho súdneho poriadku súd kedykoľvek aj bez návrhu opraví v rozsudku chyby v písaní a počítaní ako aj iné zrejmé nesprávnosti. O návrhu na opravu súd rozhodne do 30 dní od jeho podania. O oprave vydá opravné uznesenie, ktoré doručí účastníkom. Pritom môže odložiť vykonateľnosť rozsudku na čas, kým opravné uznesenie nenadobudne právoplatnosť. Písomné vyhotovenie rozsudku 24S/275/2013-33 zo dňa 5. júna 2014 obsahuje na číslo listu 2 až 25 zrejmú nesprávnosť, keď číslo konania uvedené na strane 2 až 25 rozsudku je nesprávne a namiesto 24S/275/2013 je tam uvedené 24S/257/2013. Preto bolo potrebné túto zrejmú chybu na návrh účastníka odstrániť. V zmysle § 58 ods. 5 vyhl. č. 543/2005 Z. z. sa oprava uvedená vo výroku tohto rozhodnutia vykoná tak, že opravné uznesenie sa založí do súdneho spisu a na prvopise rozsudku sa uvedie odkaz na číslo listu, pod ktorým je opravné uznesenie pripojené k súdnemu spisu. Poučenie: Proti tomuto rozhodnutiu je možné podať odvolanie v lehote 15 dní odo dňa jeho doručenia, písomne, v dvoch vyhotoveniach prostredníctvom tunajšieho súdu na NS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https://www.kauzis.sk/judikatura/r/ECLI:SK:KSBB:2014:6013201565.2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