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21Sd/412/2013 z 19. 8. 2014</w:t>
      </w:r>
    </w:p>
    <w:p>
      <w:r>
        <w:t>Rozsudok Krajského súdu Banská Bystrica z 19. augusta 2014, sp. zn. 21Sd/412/2013, ECLI:SK:KSBB:2014:6013201743.2</w:t>
      </w:r>
    </w:p>
    <w:p>
      <w:r>
        <w:t>Súd: Krajský súd Banská Bystrica</w:t>
      </w:r>
    </w:p>
    <w:p>
      <w:r>
        <w:t>Spisová značka: 21Sd/412/2013</w:t>
      </w:r>
    </w:p>
    <w:p>
      <w:r>
        <w:t>ECLI: ECLI:SK:KSBB:2014:6013201743.2</w:t>
      </w:r>
    </w:p>
    <w:p>
      <w:r>
        <w:t>Dátum vydania: 19. 8.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21Sd/412/2013 Identifikačné číslo súdneho spisu: 6013201743 Dátum vydania rozhodnutia: 20. 08. 2014 Meno a priezvisko sudcu, VSÚ: JUDr. Jarmila Badíková ECLI: ECLI:SK:KSBB:2014:6013201743.2 ROZSUDOK V MENE SLOVENSKEJ REPUBLIKY Krajský súd v Banskej Bystrici v konaní samosudkyňou JUDr. Jarmilou Badíkovou v právnej veci navrhovateľky I. A., nar. XX. L. XXXX, bytom XXX XX E. XXX proti odporkyni Sociálna poisťovňa, ústredie, Ul. 29. augusta č. 8, 813 63 Bratislava, o preskúmanie rozhodnutia o invalidnom dôchodku takto r o z h o d o l : Rozhodnutie odporkyne č. XXX XXX XXXX X zo dňa 25. februára 2014 potvrdzuje. Konanie vo veci rozhodnutia odporkyne č. XXX XXX XXXX X zo dňa 30.9.2013 v spojitosti s rozhodnutím rovnakého čísla zo dňa 5.3.2014 zastavuje. Navrhovateľke nepriznáva právo na náhradu trov konania. o d ô v o d n e n i e : Odporkyňa rozhodnutím č. XXX XXX XXXX X z 30. septembra 2013 podľa § 70 ods. 1 a § 80 zák. č. 461/2003 Z.z. o sociálnom poistení v znení neskorších predpisov priznala navrhovateľke invalidný dôchodok od 18. septembra 2013 v sume 69,30 Eur mesačne. Odporkyňa v odôvodnení rozhodnutia okrem iného uviedla, že navrhovateľka bola uznaná za invalidnú na základe lekárskej správy posudkového lekára Sociálnej poisťovne, pobočky Zvolen zo dňa 18. septembra 2013 so 45 % mierou poklesu schopnosti vykonávať zárobkovú činnosť. Navrhovateľka podala voči uvedenému rozhodnutiu opravný prostriedok, v ktorom poukázala na svoj zlý zdravotný stav. Krajský súd preskúmal napadnuté rozhodnutie a postup odporkyne pred jeho vydaním na pojednávaní dňa 20. apríla 2014 v zmysle § 250l O.s.p., oboznámil sa s pripojenými listinnými dôkazmi, vypočul účastníkov a dospel k záveru, že opravnému prostriedku navrhovateľky nie je možné vyhovieť. Navrhovateľka na pojednávaní uviedla, že je spokojná s priznaním invalidného dôchodku, len výška sa jej zdá nízka, pretože jej nestačí na lieky. Odporkyňa na pojednávaní žiadala napadnuté rozhodnutie z 30. septembra 2013 v spojitosti so zmenovým rozhodnutím z 5. marca 2014 potvrdiť. Podľa § 132 O.s.p. dôkazy súd hodnotí podľa svojej úvahy, a to každý dôkaz jednotlivo a všetky dôkazy v ich vzájomnej súvislosti; pričom starostlivo prihliada na všetko, čo vyšlo za konania najavo, včítane toho, čo uviedli účastníci. Na základe opravného prostriedku bol zdravotný stav navrhovateľky opätovne posúdený posudkovým lekárom Sociálnej poisťovne - ústredia so sídlom v Banskej Bystrici v posudku zo dňa 6. februára 2014 so záverom, že navrhovateľka je invalidná so 45 % mierou poklesu schopnosti vykonávať zárobkovú činnosť, ale dátum invalidity posunul na 16. marca 2013. Posudkový lekár Sociálnej poisťovne - ústredia ako rozhodujúce zdravotné postihnutie uviedol duševné choroby a poruchy správania - kapitola V., organické duševné poruchy - položka 1., stredne ťažké formy - písmeno a/. Posudkový lekár v celkovom posudku uviedol, že navrhovateľka je liečená na psychiatrickej ambulancii od roku 2010. V marci 2013 bola hospitalizovaná s prejavmi depresívnej dekompenzácie. Po úprave farmakoterapie, ako aj komplexnej liečby včítane psychoterapie sa stav zlepšil. V závere prepúšťacej správy je konštatované, že vzhľadom k charakteru a priebehu ochorenia je jej pracovný potenciál znížený, preto aj mieru poklesu schopnosti vykonávať zárobkovú činnosť, zodpovedajúcu 45 % je možné stanoviť do obdobia po prepustení z uvedenej hospitalizácie. Invalidnou ju teda uznáva dňom 16. marca 2013 pri nezmenenom percentuálnom zhodnotení. Nemá pridružené také chronické ochorenia, ktoré by odôvodňovali percentuálne zvýšenie.. Posudkový lekár v pracovnej rekomandácii uviedol, že môže vykonávať prácu len v prostredí bez psychickej záťaže, jednoduché pomocné práce. V uvedenom posudku posudkový lekár Sociálnej poisťovne odborne posúdil a vyhodnotil zdravotný stav navrhovateľky a zistené zdravotné postihnutia zaradil podľa Prílohy č. 4 k zák. o sociálnom poistení. Na základe uvedeného odporkyňa rozhodnutím č. XXX XXX XXXX X zo dňa 25. februára 2014 priznala navrhovateľke invalidný dôchodok od 16. marca 2013 v sume 70,20 Eur mesačne, po zákonnom zvýšení od 1. januára 2014 v sume 74,70 Eur mesačne a ďalším rozhodnutím rovnakého čísla zo dňa 5. marca 2014 zrušila svoje rozhodnutie zo dňa 30. septembra 2013 o priznaní invalidného dôchodku od 18. septembra 2013. Na základe uvedeného preskúmania súd rozhodnutie odporkyne zo dňa 25. februára 2014 o priznaní invalidného dôchodku od 16. marca 2013 potvrdil ako vecne správne vychádzajúc z posudkov posudkových lekárov, ktorí zhodne, komplexne a objektívne posúdili zdravotný stav navrhovateľky, ako aj dátum vzniku invalidity. Súd konanie vo veci napadnutého rozhodnutia zo dňa 30. septembra 2013 v spojitosti s rozhodnutím zo dňa 5. marca 2014 konanie zastavil. Súd náhradu trov konania posúdil podľa § 250l ods. 2 v spojitosti s § 250k ods. 1 O.s.p., navrhovateľka mala v konaní úspech, ale náhradu trov konania si neuplatnila, a preto jej súd nepriznal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https://www.kauzis.sk/judikatura/r/ECLI:SK:KSBB:2014:6013201743.2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