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24Sp/63/2013 z 22. 1. 2014</w:t>
      </w:r>
    </w:p>
    <w:p>
      <w:r>
        <w:t>Rozsudok Krajského súdu Banská Bystrica z 22. januára 2014, sp. zn. 24Sp/63/2013, ECLI:SK:KSBB:2014:6013201775.2</w:t>
      </w:r>
    </w:p>
    <w:p>
      <w:r>
        <w:t>Súd: Krajský súd Banská Bystrica</w:t>
      </w:r>
    </w:p>
    <w:p>
      <w:r>
        <w:t>Spisová značka: 24Sp/63/2013</w:t>
      </w:r>
    </w:p>
    <w:p>
      <w:r>
        <w:t>ECLI: ECLI:SK:KSBB:2014:6013201775.2</w:t>
      </w:r>
    </w:p>
    <w:p>
      <w:r>
        <w:t>Dátum vydania: 22. 1. 2014</w:t>
      </w:r>
    </w:p>
    <w:p>
      <w:r>
        <w:t>Forma: Rozsudok</w:t>
      </w:r>
    </w:p>
    <w:p>
      <w:r>
        <w:t>Oblasť práva: Správne právo</w:t>
      </w:r>
    </w:p>
    <w:p>
      <w:pPr>
        <w:pStyle w:val="Heading2"/>
      </w:pPr>
      <w:r>
        <w:t>Text rozhodnutia</w:t>
      </w:r>
    </w:p>
    <w:p>
      <w:r>
        <w:t>Súd: Krajský súd Banská Bystrica Spisová značka: 24Sp/63/2013 Identifikačné číslo súdneho spisu: 6013201775 Dátum vydania rozhodnutia: 23. 01. 2014 Meno a priezvisko sudcu, VSÚ: JUDr. Drahomíra Mikulajová ECLI: ECLI:SK:KSBB:2014:6013201775.2 ROZSUDOK V MENE SLOVENSKEJ REPUBLIKY Krajský súd v Banskej Bystrici v konaní pred samosudkyňou JUDr. Drahomírou Mikulajovou v právnej veci navrhovateľa: POHOTOVOSŤ, s.r.o., so sídlom Pribinova 25, 811 09 Bratislava, IČO: 35 807 598, proti odporcovi: Okresný úrad Žarnovica, katastrálny odbor ( do 30.09.2013 Správa katastra Žarnovica, Bystrická č. 467/53, 966 81 Žarnovica), za účasti: F. T., rod. C., nar. XX.XX.XXXX, bytom B. XXXX/XX, XXX XX N. A., o preskúmanie zákonnosti rozhodnutia odporcu V-855/2013 zo dňa 05.09.2013, takto r o z h o d o l : I/ Krajský súd rozhodnutie odporcu č. V-855/2013 zo dňa 05. septembra 2013 p o t v r d z u j e . II/ Navrhovateľovi náhradu trov konania n e p r i z n á v a . III/ Navrhovateľ je p o v i n n ý zaplatiť na účet Krajského súdu v Banskej Bystrici súdny poplatok 35,- eur, do troch dní odo dňa právoplatnosti tohto rozhodnutia. o d ô v o d n e n i e : Odporca rozhodnutím V-855/2013 zo dňa 05.09.2013 podľa § 31 ods. 3 zákona č. 162/1995 Z.z. o katastri nehnuteľností a o zápise vlastníckych a iných práv k nehnuteľnostiam v platnom znení do 30.09.2013 (katastrálny zákon) zamietol návrh na vklad záložného práva do katastra nehnuteľností podľa Zmluvy o zriadení záložného práva č. XXX/XXXX-SUB zo dňa 08.06.2013 uzavretej medzi záložcom F. T., v zastúpení zástupcom ProHelp - združenie občianskoprávnej pomoci so sídlom Povraznícka 18, 811 05 Bratislava a záložným veriteľom Pohotovosť, s.r.o., predmetom ktorej je zriadenie záložného práva k nehnuteľnostiam vedeným v katastrálnom území N. A. na LV č. XXXX, v rozsahu a podieloch pripadajúcich záložcovi, bližšie špecifikovaných v zmluve. Odporca rozhodnutie odôvodnil v podstate tým, že došlo k porušeniu § 22 ods. 2 Občianskeho zákonníka, nakoľko záujmy zástupcu sú v rozpore so záujmami zastúpeného. Dohoda o plnomocenstve je s predtlačeným názvom splnomocnenca ProHelp - združenie občianskoprávnej pomoci na konanie so spoločnosťou Pohotovosť, s.r.o., ktorá je na tlačive dohody o splnomocnení tiež predtlačená. Dohoda o plnomocenstve bola splnomocniteľom podpísaná v deň podpisu úverovej zmluvy, teda je dôvodný predpoklad, že bola predložená záložcovi záložným veriteľom a menované združenie uskutočňuje zámery a napĺňa záujmy záložného veriteľa, a nie záložcu. Splnomocnencom bola podpísaná o deň neskôr, z čoho vyplýva, že splnomocniteľ- záložca nepozná svojho splnomocnenca a ani nevedel, že takúto dohodu uzatvoril. Dohoda o plnomocenstve je dvojstranný právny úkon medzi splnomocniteľom a splnomocnencom o poverení a prijatí zastupovania a jeho rozsahu a pre jej platnosť sa vyžaduje súlad s § 34 a nasl. Občianskeho zákonníka (ďalej OZ). Podľa § 37 ods. 1 OZ právny úkon sa musí urobiť slobodne a vážne, určite a zrozumiteľne. Na vážnosť prejavu vôle, ktorým je návrh dohody urobený v neprítomnosti druhej strany, preto nepostačuje písomná forma, ale takto prejavená vôľa musí byť aj odoslaná a doručená. Odporca nepovažuje záložnú zmluvu za spôsobilú na vklad záložného práva do katastra nehnuteľností. V zákonom stanovenej lehote podal proti rozhodnutiu odporcu odvolanie navrhovateľ, ktorý žiadal napadnuté rozhodnutie zrušiť a vec vrátiť odporcovi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Nesúhlasil s tvrdeniami odporcu, podľa ktorých navrhovateľ vopred určil osobu, ktorá bude oprávnená za dlžníka konať a dlžník nemal možnosť sa sám rozhodnúť, kto ho bude zastupovať. Rozhodnutie nevychádza zo spoľahlivo zisteného skutkového stavu veci. Pokiaľ správa katastra poukázala na neprípustnosť zastúpenia v zmysle § 22 ods. 2 Občianskeho zákonníka, tvrdil, že rozpor záujmov zástupcov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k odvolaniu v stanovisku zo dňa 19.11.2013 trval na zákonnosti napadnutého rozhodnutia, ktoré žiadal potvrdiť. Súd vec prejednal na pojednávaní v neprítomnosti účastníkov konania, ktorí nevyužili svoje právo zúčastniť sa pojednávania, ospravedlnili sa a výslovne súhlasili s prejednaním a rozhodnutím veci v ich neprítomnosti.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preto rozhodnutie odporcu podľa § 250q ods. 2 O.s.p. potvrdil. Podľa § 250l ods.1 O.s.p. , podľa ustanovení tejto hlavy sa postupuje v prípadoch, v ktorých zákon zveruje súdom rozhodovanie o opravných prostriedkoch proti neprávoplatným rozhodnutiam správnych orgánov. Podľa § 31 ods.7 zákona č. 162/1995 Z.z.,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o odvolaní rozhodne súd. Zo spisu správneho orgánu súd zistil, že navrhovateľ dňa 28.08.2013 na Správe katastra Žarnovica podal návrh na vklad záložného práva do katastra nehnuteľností podľa Zmluvy o zriadení záložného práva č. XXX/XXXX-SUB zo dňa 07.08.2013, ktorá bola uzavretá podľa § 151a a nasl. Občianskeho zákonníka medzi záložným veriteľom POHOTOVOSŤ, s.r.o. a záložcom F. T., v zastúpení zástupcom na základe dohody o splnomocnení: ProHelp - združenie občianskoprávnej pomoci, za ktorého zmluvu podpísal W. V. - predseda združenia.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24.01.2012, najmä na zabezpečenie istiny vo výške 700 euro s príslušenstvom. Zo spisu správneho orgánu súd ďalej zistil, že bola uzavretá dohoda o splnomocnení medzi splnomocniteľom a dlžníkom - záložcom,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„W. V. - predseda občianskeho združenia ProHelp“. V bode 4. dohody sú dopísané ručne v kolónkach nehnuteľnosti vo vlastníctve splnomocniteľa. Splnomocniteľ zmluvu podpísal v Novej Bani dňa 24.01.2012, t.j v deň uzatvorenia zmluvy o úvere a zástupca združenia ProHelp W. V. - predseda, zmluvu podpísal v Bratislave dňa 25.01.2012. Predmetom súdneho prieskumu bolo preskúmať záver správy katastra, či sú splnené podmienky vkladu z hľadiska ustanovenia § 31 ods. 1 zákona č. 162/1995 Z.z.. Súd dospel k záveru, že správa katastra vydala správne rozhodnutie, ak zamietla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správy katastra, ktorým vzniká, mení sa alebo zaniká právo k nehnuteľnostiam. V zmysle ustanovenia § 28 ods. 3 Katastrálneho zákona právne účinky vkladu vznikajú na základe právoplatného rozhodnutia správy katastra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ďalšou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Súd dospel k záveru, že správa katastra ako príslušný orgán štátnej správy, v kompetencii ktorého je rozhodovať o zápisoch práv k nehnuteľnostiam do katastra, sa pri rozhodovaní dôsledne riadila citovanými ustanoveniami katastrálneho zákona a nepostupovala v rozpore so zákonom, ak podľa § 31 ods. 3 tohto zákona návrh na vklad zamietla.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31 ods. 4 Občianskeho zákonníka, ak je potrebné, aby sa právny úkon urobil v písomnej forme, musí sa plnomocenstvo udeliť písomne. Písomne sa musí plnomocenstvo udeliť aj vtedy, ak sa netýka len určitého právneho úkonu. Podľa § 32 ods. 2 Občianskeho zákonníka,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čo je v rozpore s § 22 ods. 2 Občianskeho zákonníka, t.j dohoda odporujúca zákonu je absolútne neplatným právnym úkonom podľa § 39 Občianskeho zákonníka, ako aj v dôsledku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52 ods. 3 Občianskeho zákonníka; dodávateľ je osoba, ktorá pri uzatváraní a plnení spotrebiteľskej zmluvy 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odsek 1 Smernice 93/13/EHS sa považuje za nekalú zmluvná podmienka, ktorá nebola individuálne dohodnutá, ak napriek požiadavke dôvery spôsobí značnú nerovnováhu v právach a povinnostiach strán vzniknutých na základe zmluvy ku škode spotrebiteľa. Súd má za to, že na daný prípad je potrebné aplikovať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Správy katastra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K obdobným záverom dospel Najvyšší súd SR aj v rozsudku sp.zn. 1Sžr 135/2012 zo dňa 11.06.2013.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správy katastra o nutnosti zamietnuť návrh na vklad v dôsledku neplatného splnomocnenia a na základe neho uzavretej neplatnej záložnej zmluvy je správny. Záver správy katastra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dospela správa katastra. 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štyroch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https://www.kauzis.sk/judikatura/r/ECLI:SK:KSBB:2014:6013201775.2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