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20Sd/194/2013 z 2. 6. 2014</w:t>
      </w:r>
    </w:p>
    <w:p>
      <w:r>
        <w:t>Rozsudok Krajského súdu Banská Bystrica z 2. júna 2014, sp. zn. 20Sd/194/2013, ECLI:SK:KSBB:2014:6013201809.2</w:t>
      </w:r>
    </w:p>
    <w:p>
      <w:r>
        <w:t>Súd: Krajský súd Banská Bystrica</w:t>
      </w:r>
    </w:p>
    <w:p>
      <w:r>
        <w:t>Spisová značka: 20Sd/194/2013</w:t>
      </w:r>
    </w:p>
    <w:p>
      <w:r>
        <w:t>ECLI: ECLI:SK:KSBB:2014:6013201809.2</w:t>
      </w:r>
    </w:p>
    <w:p>
      <w:r>
        <w:t>Dátum vydania: 2. 6. 2014</w:t>
      </w:r>
    </w:p>
    <w:p>
      <w:r>
        <w:t>Forma: Rozsudok</w:t>
      </w:r>
    </w:p>
    <w:p>
      <w:r>
        <w:t>Oblasť práva: Správne právo</w:t>
      </w:r>
    </w:p>
    <w:p>
      <w:pPr>
        <w:pStyle w:val="Heading2"/>
      </w:pPr>
      <w:r>
        <w:t>Text rozhodnutia</w:t>
      </w:r>
    </w:p>
    <w:p>
      <w:r>
        <w:t>Súd: Krajský súd Banská Bystrica Spisová značka: 20Sd/194/2013 Identifikačné číslo súdneho spisu: 6013201809 Dátum vydania rozhodnutia: 03. 06. 2014 Meno a priezvisko sudcu, VSÚ: JUDr. Jarmila Badíková ECLI: ECLI:SK:KSBB:2014:6013201809.2 ROZSUDOK V MENE SLOVENSKEJ REPUBLIKY Krajský súd v Banskej Bystrici v konaní samosudkyňou JUDr. Jarmilou Badíkovou v právnej veci navrhovateľky N. O., nar. X. M. XXXX, bytom F. XXX, XXX XX F. proti odporkyni Sociálnej poisťovni, ústredie, Ul. 29. augusta č. 8, 813 63 Bratislava, o preskúmanie rozhodnutia o zamietnutí invalidného dôchodku takto r o z h o d o l : Rozhodnutie odporkyne č. XXX XXX XXXX X zo dňa 10. septembra 2013 potvrdzuje. Navrhovateľke nepriznáva právo na náhradu trov konania. o d ô v o d n e n i e : Odporkyňa rozhodnutím č. XXX XXX XXXX X z 10. septembra 2013 zamietla žiadosť navrhovateľky o priznanie invalidného dôchodku s odôvodnením, že nie je invalidná podľa § 70 a § 71 ods. 1 zák. č. 461/2003 Z.z. o sociálnom poistení, pretože podľa posudku posudkového lekára Sociálnej poisťovne, pobočka Rožňava zo dňa 9. augusta 2013 nemá pre dlhodobo nepriaznivý zdravotný stav pokles schopnosti vykonávať zárobkovú činnosť o viac ako 40 % v porovnaní so zdravou fyzickou osobou. Posudkový lekár stanovil mieru poklesu schopnosti vykonávať zárobkovú činnosť u navrhovateľky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Navrhovateľka podala proti tomuto rozhodnutiu v zákonom stanovenej lehote návrh na preskúmanie s odvolaním sa na svoj zlý zdravotný stav, ktorý žiadala opätovne posúdiť. Odporkyňa v písomnom stanovisku zo dňa 20. januára 2014 uviedla právne a skutkové dôvody, pre ktoré žiadala napadnuté rozhodnutie potvrdiť ako vecne správne. Krajský súd preskúmal napadnuté rozhodnutie na pojednávaní dňa 11. februára 2014 a pojednávanie odročil za účelom opätovného posúdenia zdravotného stavu navrhovateľky v prítomnosti prísediaceho lekára - neurológa. Krajský súd preskúmal napadnuté rozhodnutie, ako aj postup, ktorý predchádzal jeho vydaniu opätovne na pojednávaní dňa 3. júna 2014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žiadala napadnuté rozhodnutie potvrdiť ako vecne správne. Poukázala na posudky posudkových lekárov na pobočke v Rožňave, na posudok posudkovej lekárky ústredia v Prešove, ako aj hlavne na doplňujúci posudok, ktorý bol vypracovaný na základe uznesenia krajského súdu v prítomnosti prísediaceho lekára neurológa, a to posudok z 9. apríla 2014, v ktorom bol opätovne posúdený zdravotný stav navrhovateľky so záverom, že nie je invalidná, lebo jej miera poklesu schopnosti vykonávať zárobkovú činnosť je 30 %. Týmto posudkom boli potvrdené predchádzajúce posudky posudkových lekárov. Podľa § 71 ods. 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3 citovaného ustanovenia prvej vety pokles schopnosti vykonávať zárobkovú činnosť sa posudzuje porovnaním telesnej, duševnej a zmyslovej schopnosti poistenca s dlhodobo nepriaznivým zdravotným stavom a telesnej, duševnej a zmyslovej schopnosti zdravej fyzickej osoby.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Podľa odseku 7 citovaného ustanovenia jednotlivé percentuálne miery poklesu schopnosti vykonávať zárobkovú činnosť sa nesčítavajú. Percentuálna miera poklesu zárobkovej činnosti podľa druhu zdravotného poistenia orgánov a systémov je uvedená v prílohe č. 4 k zák.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Na základe opravného prostriedku posúdila posudková lekárka Sociálnej poisťovne - ústredia so sídlom v Prešove opätovne zdravotný stav navrhovateľky v posudku zo dňa 19. novembra 2013 z hľadiska kritérií stanovených pre invaliditu podľa zák. č. 461/2003 Z.z. o sociálnom poistení. Posudková lekárka ako rozhodujúce zdravotné postihnutie uviedla chronické polytopné dorzalgie, cervikobrachiálny syndrom obojstranne viac vpravo, cervikokraniálny syndrom, lumboischiadický syndrom vpravo, iritačný radikulárny syndrom obojstranný, kapitola XV, oddiel E, pol. 3 b/ 20 - 35 % so záverom, že navrhovateľka nie je invalidná podľa § 71 ods. 1 citovaného zákona, pretože pre dlhodobo nepriaznivý zdravotný stav nemá pokles schopnosti vykonávať zárobkovú činnosť o viac ako 40 % v porovnaní so zdravou fyzickou osobou, miera poklesu schopnosti navrhovateľky vykonávať zárobkovú činnosť je 30 %. Posudková lekárka v celkovom posudku ďalej uviedla, že navrhovateľka je opakovane vyšetrená neurológom pre udávané bolesti oboch rúk, bolesti chrbtice. Odborné neurologické vyšetrenie vrátane pomocných vyšetrení doteraz nedokumentuje útlak miechových koreňov a miechy, neurologický klinický nález je v norme. Predložila aj neurologické vyšetrenie z 5. novembra 2013, obj. nález je v norme. Elektromyografické vyšetrenie periférnych nervov na horných končatinách v roku 2011 (počas hospitalizácie na klinike pracovného lekárstva) bolo v norme, EMG vykonané počas hospitalizácie na neurologickom oddelení v Brezne dokumentuje len suspektný syndróm kubitálneho kanála vpravo. Posudzovaná je liečená pre zníženú funkciu štítnej žľazy, ktorá sa po vynechaní liekov prechodne zhoršila, pri liečbe sa ochorenie považuje za stav plne kompenzovaný. Ochorenie chrbtice považuje naďalej za rozhodujúce ochorenie s priznanou mierou poklesu 30 %. Týmto posudkom boli potvrdené závery predchádzajúceho posudku posudkového lekára Sociálnej poisťovne, pobočka Rožňava zo dňa 9. augusta 2013, ktorý posudok bol podkladom pre vydanie napadnutého rozhodnutia. Posudkový lekár Sociálnej poisťovne, pobočky spísal s navrhovateľkou zápisnicu o ústnom pojednávaní v súlade s § 189 zák. č. 461/2003 Z.z. o sociálnom poistení a navrhovateľka bola informovaná o všetkých skutočnostiach, ktoré sa týkajú posúdenia zdravotného stavu, posudku a miery poklesu schopnosti vykonávať zárobkovú činnosť. Posudkový lekár vyhotovil aj odborný posudok o invalidite. Na základe požiadavky súdu bol zdravotný stav navrhovateľky opätovne posúdený posudkovým lekárom Sociálnej poisťovne - ústredie v Prešove v prítomnosti prísediaceho lekára neurológa v posudku zo dňa 9. apríla 2014 so záverom, že navrhovateľka nie je invalidná, lebo jej miera poklesu schopnosti vykonávať zárobkovú činnosť je 30 %. Posudkový lekár a neurológ v posudku uviedli, že navrhovateľka bola dnes vyšetrená nezávislým odborníkom pre neurológiu, pričom obj. neurologický nález je v norme. Zároveň boli zhodnotené predložené vyšetr. interné a kardiologické, ktoré dokumentuje novozistený vyšší TK, t.č. bez udaného stupňa podľa medzinárodnej európskej hypertenziologickej a kardiologickej komisie. Znížená činnosť ŠŽ je primerane a dostatočne substituovaná v eufunkčnom stave, ktoré ochorenie podľa príl. sč. 4 môže byť hodnotené len od 5 - 15 % MP, čo je posudkovo nezávažný nález a nemá vplyv na výšku miery poklesu. Týmto posudková lekárka Sociálnej poisťovne, ústredia v zhode s odb. pre neurológiu považujú pôvodne vypracovaný posudok z 19. novembra 2013 za správny a nemenia ho. Posudzovaná je na základe dnešného vyšetrenia práceneschopná. Podľa § 132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kritériá stanovené zákonom. Krajský súd posúdil aj posudky posudkových lekárov v zmysle citovaného ustanovenia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 č. 461/2003 Z.z. o sociálnom poistení aj podľa prílohy č. 4 k zák. č. 461/2003 Z.z.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 č. 461/2003 Z.z.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miera poklesu schopnosti vykonávať zárobkovú činnosť. Vzhľadom na závery posudkov ohľadne zdravotného postihnutia navrhovateľky, na skutočnosť, že posudky podali orgány na to určené zákonom, súd dospel k záveru, že zistený skutkový stav u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https://www.kauzis.sk/judikatura/r/ECLI:SK:KSBB:2014:6013201809.2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