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20Sd/38/2014 z 7. 4. 2014</w:t>
      </w:r>
    </w:p>
    <w:p>
      <w:r>
        <w:t>Rozsudok Krajského súdu Banská Bystrica z 7. apríla 2014, sp. zn. 20Sd/38/2014, ECLI:SK:KSBB:2014:6014200224.1</w:t>
      </w:r>
    </w:p>
    <w:p>
      <w:r>
        <w:t>Súd: Krajský súd Banská Bystrica</w:t>
      </w:r>
    </w:p>
    <w:p>
      <w:r>
        <w:t>Spisová značka: 20Sd/38/2014</w:t>
      </w:r>
    </w:p>
    <w:p>
      <w:r>
        <w:t>ECLI: ECLI:SK:KSBB:2014:6014200224.1</w:t>
      </w:r>
    </w:p>
    <w:p>
      <w:r>
        <w:t>Dátum vydania: 7. 4. 2014</w:t>
      </w:r>
    </w:p>
    <w:p>
      <w:r>
        <w:t>Forma: Rozsudok</w:t>
      </w:r>
    </w:p>
    <w:p>
      <w:r>
        <w:t>Oblasť práva: Správne právo</w:t>
      </w:r>
    </w:p>
    <w:p>
      <w:pPr>
        <w:pStyle w:val="Heading2"/>
      </w:pPr>
      <w:r>
        <w:t>Text rozhodnutia</w:t>
      </w:r>
    </w:p>
    <w:p>
      <w:r>
        <w:t>Súd: Krajský súd Banská Bystrica Spisová značka: 20Sd/38/2014 Identifikačné číslo súdneho spisu: 6014200224 Dátum vydania rozhodnutia: 08. 04. 2014 Meno a priezvisko sudcu, VSÚ: JUDr. Jarmila Badíková ECLI: ECLI:SK:KSBB:2014:6014200224.1 ROZSUDOK V MENE SLOVENSKEJ REPUBLIKY Krajský súd v Banskej Bystrici v konaní samosudkyňou JUDr. Jarmilou Badíkovou v právnej veci navrhovateľa X. K., nar. XX. U. XXXX, bytom F. X, XXX XX Q. proti odporkyni Sociálna poisťovňa, ústredie, Ul. 29. augusta č. 8, 813 63 Bratislava o preskúmanie rozhodnutia o zamietnutí invalidného dôchodku takto r o z h o d o l : Rozhodnutie odporkyne č. XXX XXX XXXX X zo dňa 7. novembra 2013 potvrdzuje. Navrhovateľovi nepriznáva právo na náhradu trov konania. o d ô v o d n e n i e : Odporkyňa rozhodnutím č. XXX XXX XXXX X zo dňa 7. novembra 2013 zamietla žiadosť navrhovateľa o priznanie invalidného dôchodku s odôvodnením, že nie je invalidný podľa § 70 a § 71 ods. 1 zák. č. 461/2003 Z.z. o sociálnom poistení, pretože podľa posudku posudkového lekára Sociálnej poisťovne, pobočky Lučenec zo dňa 22. októbra 2013 nemá pre dlhodobo nepriaznivý zdravotný stav pokles schopnosti vykonávať zárobkovú činnosť o viac ako 40 % v porovnaní so zdravou fyzickou osobou. Posudkový lekár stanovil mieru poklesu schopnosti vykonávať zárobkovú činnosť u navrhovateľa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Navrhovateľ podal proti tomuto rozhodnutiu v zákonom stanovenej lehote návrh na preskúmanie s odvolaním sa na svoj zlý zdravotný stav, ktorý žiadal opätovne posúdiť. Odporkyňa v písomnom stanovisku zo dňa 27. februára 2014 uviedla právne a skutkové dôvody, pre ktoré žiadala napadnuté rozhodnutie potvrdiť ako vecne správne. Krajský súd preskúmal napadnuté rozhodnutie, ako aj postup, ktorý predchádzal jeho vydaniu na pojednávaní dňa 8. apríla 2014 v zmysle § 250l O.s.p., oboznámil sa s pripojenými listinnými dôkazmi, vypočul odporkyňu, vec preskúmal v neprítomnosti a dospel k záveru, že opravnému prostriedku navrhovateľa nie je možné vyhovieť. Súd ospravedlnil neprítomnosť navrhovateľa na pojednávaní a pri rozhodovaní vo veci prihliadol na dôvody uvedené v podanom opravnom prostriedku. Odporkyňa na pojednávaní žiadala napadnuté rozhodnutie zo dňa 7. novembra 2013 potvrdiť ako vecne správne. Poukázala na posudky posudkových lekárov v Lučenci, ale hlavne na posudok posudkovej lekárky ústredia v Banskej Bystrici zo dňa 13. februára 2014, ktorá komplexne zhodnotila zdravotný stav navrhovateľa so záverom, že nie je invalidný, lebo jeho miera poklesu schopnosti vykonávať zárobkovú činnosť je 30 %. Posudková lekárka ako rozhodujúce zdravotné postihnutie uviedla choroby podporného a pohybového aparátu kapitola XV, oddiel E, položka 3, ako choroby podporného a pohybového aparátu. Poukázala súčasne aj na písomné stanovisko Sociálnej poisťovne zo dňa 27. februára 2014, kde sú uvedené právne aj skutkové dôvody, pre ktoré žiadala napadnuté rozhodnutie potvrdiť.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3 citovaného ustanovenia prvej vety pokles schopnosti vykonávať zárobkovú činnosť sa posudzuje porovnaním telesnej, duševnej a zmyslovej schopnosti poistenca s dlhodobo nepriaznivým zdravotným stavom a telesnej, duševnej a zmyslovej schopnosti zdravej fyzickej osoby.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odseku 7 citovaného ustanovenia jednotlivé percentuálne miery poklesu schopnosti vykonávať zárobkovú činnosť sa nesčítavajú.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Na základe opravného prostriedku posúdil posudkový lekár Sociálnej poisťovne - ústredia so sídlom v Banskej Bystrici opätovne zdravotný stav navrhovateľa v posudku zo dňa 13. februára 2014 z hľadiska kritérií stanovených pre invaliditu podľa zák. č. 461/2003 Z.z. o sociálnom poistení. Posudková lekárka ako rozhodujúce zdravotné postihnutie uviedla choroby podporného a pohybového aparátu - kapitola XV., dorzopatiu, deformujúcu dorzopatiu a spondylopatiu - oddiel E, degeneratívne zmeny na chrbtici a medzistavcových platničkách - položka 3, s miernym funkčným postihnutím, s prejavmi nervového a svalového dráždenia - písm. b/ so záverom, že navrhovateľ nie je invalidný podľa § 71 ods. 1 citovaného zákona, pretože pre dlhodobo nepriaznivý zdravotný stav nemá pokles schopnosti vykonávať zárobkovú činnosť o viac ako 40 % v porovnaní so zdravou fyzickou osobou, miera poklesu schopnosti navrhovateľa vykonávať zárobkovú činnosť je 30%. Posudková lekárka v celkovom posudku ďalej uviedla, že u navrhovateľa s opakujúcimi sa bolesťami chrbtice, došlo k ich postupnému zvýrazňovaniu v priebehu rokov 2012 - 2013. Z uvedeného dôvodu absolvoval preto opakované ambulantné neurologické vyšetrenia a pri akútnom zhoršení aj hospitalizácie (v januári a apríli 2013). V predložených klinických nálezoch je uvádzané blokové postavenie chrbtice, ale bez prípadnej svalovej atrofie, poruchy postoja alebo chôdze, s opakovaným aj koreňovým dráždením v anamnéze. Nakoľko ide o mierne funkčné postihnutie, opakujúce sa nervové dráždenie, ale bez slabosti svalového korzetu či svalstva dolných končatín, stanovená miera poklesu schopnosti vykonávať zárobkovú činnosť je na strednej úrovni možného rozpätia, t.j. 30 %. Nemá pridružené žiadne vážnejšie chronické ochorenia, ktoré by odôvodňovali percentuálne zvýšenie. Syndróm karpálneho kanála je ľahkého stupňa, rovnako ako aj počínajúca artroza oboch bedrových kĺbov. Pri uvedenom postihnutí môže vykonávať doterajšiu prácu v rozsahu, ako vykonáva aj v súčasnosti. Týmto posudkom boli potvrdené závery predchádzajúceho posudku posudkového lekára Sociálnej poisťovne, pobočky Lučenec zo dňa 22. októbra 2013, ktorý posudok bol podkladom pre vydanie napadnutého rozhodnutia. Posudkový lekár Sociálnej poisťovne, pobočky spísal s navrhovateľom zápisnicu o ústnom pojednávaní v súlade s § 189 zák. č. 461/2003 Z.z. o sociálnom poistení a navrhovateľ bol informovaný o všetkých skutočnostiach, ktoré sa týkajú posúdenia zdravotného stavu, posudku a miery poklesu schopnosti vykonávať zárobkovú činnosť. Posudkový lekár vyhotovil aj odborný posudok o invalidite. Podľa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kritériá stanovené zákonom. Krajský súd posúdil aj posudky posudkových lekárov v zmysle citovaného ustanovenia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 č. 461/2003 Z.z. o sociálnom poistení, aj podľa prílohy č. 4 k zák. č. 461/2003 Z.z.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 č. 461/2003 Z.z.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u navrhovateľa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https://www.kauzis.sk/judikatura/r/ECLI:SK:KSBB:2014:6014200224.1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