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20Sd/58/2014 z 15. 6. 2014</w:t>
      </w:r>
    </w:p>
    <w:p>
      <w:r>
        <w:t>Uznesenie Krajského súdu Banská Bystrica z 15. júna 2014, sp. zn. 20Sd/58/2014, ECLI:SK:KSBB:2014:6014200345.1</w:t>
      </w:r>
    </w:p>
    <w:p>
      <w:r>
        <w:t>Súd: Krajský súd Banská Bystrica</w:t>
      </w:r>
    </w:p>
    <w:p>
      <w:r>
        <w:t>Spisová značka: 20Sd/58/2014</w:t>
      </w:r>
    </w:p>
    <w:p>
      <w:r>
        <w:t>ECLI: ECLI:SK:KSBB:2014:6014200345.1</w:t>
      </w:r>
    </w:p>
    <w:p>
      <w:r>
        <w:t>Dátum vydania: 15.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20Sd/58/2014 Identifikačné číslo súdneho spisu: 6014200345 Dátum vydania rozhodnutia: 16. 06. 2014 Meno a priezvisko sudcu, VSÚ: JUDr. Jarmila Badíková ECLI: ECLI:SK:KSBB:2014:6014200345.1 Uznesenie Krajský súd v Banskej Bystrici v právnej veci navrhovateľa V. M., nar. X. V. XXXX, bytom B. XXX, XXX XX M. G. proti odporkyni Sociálnej poisťovni, ústredie, Ul. 29. augusta 8, 813 63 Bratislava, o preskúmaní rozhodnutia o invalidnom dôchodku takto r o z h o d o l : Konanie vo veci rozhodnutia odporkyne č. XXX XXX XXXX X zo dňa 4. decembra 2013 zastavuje. Navrhovateľovi nepriznáva právo na náhradu trov konania. o d ô v o d n e n i e : Odporkyňa rozhodnutím č. XXX XXX XXXX X zo 4. 12. 2013 podľa § 70 ods. 1 a § 293ce zák. č. 461/2003 Z. z. o sociálnom poistení priznala navrhovateľovi invalidný dôchodok od 28. októbra 2013 v sume 109,00 Eur mesačne s odôvodnením, že podľa posudku posudkového lekára Sociálnej poisťovne, pobočky Banská Bystrica z 28. októbra 2013 navrhovateľ má 45 % mieru poklesu schopnosti vykonávať zárobkovú činnosť. Navrhovateľ podal voči uvedenému rozhodnutiu v zákonom stanovenej lehote opravný prostriedok s odvolaním sa na svoj zlý zdravotný stav a žiadal priznať invalidný dôchodok od 28. októbra 2010. Na základe opravného prostriedku bol zdravotný stav navrhovateľa opätovne prehodnotený posudkovým lekárom Sociálnej poisťovne, pobočky Banská Bystrica v posudku zo dňa 6. marca 2014 so záverom, že navrhovateľ je invalidný od 28. októbra 2010. Vzhľadom na uvedené odporkyňa rozhodnutím č. XXX XXX XXXX X zo dňa 14. apríla 2014 priznala navrhovateľovi invalidný dôchodok od 28. októbra 2010 v sume 97,10 Eur mesačne, po zákonnom zvýšení od 1. januára 2014 v sume 112,60 Eur mesačne. Podľa § 250l ods. 2 O.s.p. pokiaľ v III. hlave O.s.p. nie je ustanovené inak, použijú sa primerane ustanovenia II. hlavy s výnimkou § 250a. Podľa § 250o O.s.p. ak správny orgán, ktorého rozhodnutie súd preskúmava, vydá nové rozhodnutie, ktorým návrhu celkom vyhovie, súd uznesením konanie zastaví. Vzhľadom na to, že odporkyňa v danom prípade novým rozhodnutím celkom vyhovela opravnému prostriedku, súd v súlade s citovanými ustanoveniami konanie zastavil. Súd o náhrade trov konania rozhodol podľa § 250l ods. 2 v spojitosti s § 250k ods. 1 O.s.p., navrhovateľ bol v konaní úspešný, ale náhradu trov konania si neuplatnil, a preto mu súd náhradu trov konania nepriznal.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https://www.kauzis.sk/judikatura/r/ECLI:SK:KSBB:2014:6014200345.1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