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24Sp/22/2014 z 28. 4. 2014</w:t>
      </w:r>
    </w:p>
    <w:p>
      <w:r>
        <w:t>Rozsudok Krajského súdu Banská Bystrica z 28. apríla 2014, sp. zn. 24Sp/22/2014, ECLI:SK:KSBB:2014:6014200399.1</w:t>
      </w:r>
    </w:p>
    <w:p>
      <w:r>
        <w:t>Súd: Krajský súd Banská Bystrica</w:t>
      </w:r>
    </w:p>
    <w:p>
      <w:r>
        <w:t>Spisová značka: 24Sp/22/2014</w:t>
      </w:r>
    </w:p>
    <w:p>
      <w:r>
        <w:t>ECLI: ECLI:SK:KSBB:2014:6014200399.1</w:t>
      </w:r>
    </w:p>
    <w:p>
      <w:r>
        <w:t>Dátum vydania: 28. 4. 2014</w:t>
      </w:r>
    </w:p>
    <w:p>
      <w:r>
        <w:t>Forma: Rozsudok</w:t>
      </w:r>
    </w:p>
    <w:p>
      <w:r>
        <w:t>Oblasť práva: Správne právo</w:t>
      </w:r>
    </w:p>
    <w:p>
      <w:pPr>
        <w:pStyle w:val="Heading2"/>
      </w:pPr>
      <w:r>
        <w:t>Text rozhodnutia</w:t>
      </w:r>
    </w:p>
    <w:p>
      <w:r>
        <w:t>Súd: Krajský súd Banská Bystrica Spisová značka: 24Sp/22/2014 Identifikačné číslo súdneho spisu: 6014200399 Dátum vydania rozhodnutia: 29. 04. 2014 Meno a priezvisko sudcu, VSÚ: JUDr. Drahomíra Mikulajová ECLI: ECLI:SK:KSBB:2014:6014200399.1 ROZSUDOK V MENE SLOVENSKEJ REPUBLIKY Krajský súd v Banskej Bystrici v konaní pred samosudkyňou JUDr. Drahomírou Mikulajovou v právnej veci navrhovateľa: POHOTOVOSŤ, s.r.o., so sídlom Pribinova 25, 811 09 Bratislava, IČO: 35 807 598, proti odporcovi: Okresný úrad Revúca, katastrálny odbor, Remeselnícka č. 1, 050 01 Revúca, za účasti: A. X., rod.C., nar.XX.XX.XXXX, bytom Q. XX, XXX XX Q., o preskúmanie zákonnosti rozhodnutia odporcu V-1375/13-12 zo dňa 20.01.2014, takto r o z h o d o l : I/ Krajský súd rozhodnutie odporcu č. V-1375/13-12 zo dňa 20. januára 2014 p o t v r d z u j e . II/ Navrhovateľovi náhradu trov konania n e p r i z n á v a . III/ Navrhovateľ je p o v i n n ý zaplatiť na účet Krajského súdu v Banskej Bystrici súdny poplatok 35,- Eur, do troch dní odo dňa právoplatnosti tohto rozhodnutia. o d ô v o d n e n i e : Odporca rozhodnutím V-1375/13-12 zo dňa 20.01.2014 podľa § 31 ods. 3 zákona č. 162/1995 Z.z. o katastri nehnuteľností a o zápise vlastníckych a iných práv k nehnuteľnostiam v platnom znení (katastrálny zákon) zamietol návrh na vklad záložného práva do katastra nehnuteľností podľa Zmluvy o zriadení záložného práva č. XXX/XXXX-ŠTE zo dňa 29.10.2013 uzavretej medzi záložcom A. X., v zastúpení zástupcom ProHelp - združenie občianskoprávnej pomoci so sídlom Povraznícka 18, 811 05 Bratislava a záložným veriteľom Pohotovosť, s.r.o., predmetom ktorej je zriadenie záložného práva k nehnuteľnostiam vedeným v katastrálnom území Q. na LV č. XX a LV č. XXX, v rozsahu a podieloch pripadajúcich záložcovi, bližšie špecifikovaných v zmluve. Odporca rozhodnutie odôvodnil v podstate tým, že došlo k porušeniu § 22 ods. 2 Občianskeho zákonníka, nakoľko záujmy zástupcu sú v rozpore so záujmami zastúpeného. Dohoda o plnomocenstve je formulárovým typom zmluvy s predtlačeným názvom splnomocnenca. Spoločnosť Pohotovosť, s.r.o., je na tlačive dohody o splnomocnení tiež predtlačená. Splnomocniteľ teda nemal možnosť ovplyvniť výber splnomocnenca. Splnomocniteľ- záložca nepozná svojho splnomocnenca a ani nevedel, že takúto dohodu uzatvoril. A. X. v rámci správneho konania do zápisnice dňa 20.01.2014 tiež uviedla, že pri podpísaní zmluvy o úvere bol prítomný len zamestnanec spoločnosti Pohotovosť, s.r.o. Zo združenia ProHelp nebol nikto prítomný. Nikto ju nepoučil a myslela si, že podpisuje len úverovú zmluvu, nevedela, že podpisuje aj dohodu o splnomocnení. O spoločnosti ProHelp nepočula a nikto z tejto spoločnosti ju nekontaktoval. Podľa odporcu je vyjadrenie účastníčky v rozpore s bodom 1. dohody, kde sa uvádza, že dohoda bola uzavretá na žiadosť splnomocniteľa. Poukázal na neplatnosť právneho úkonu - úverovej zmluvy pre rozpor s dobrými mravmi, ktorý spočíva v tom, že medzi samotným úverom a hodnotou zakladaných nehnuteľností je veľký nepomer, keďže predmetom zálohu je rodinný dom záložcu. V zákonom stanovenej lehote podal proti rozhodnutiu odporcu odvolanie navrhovateľ, ktorý žiadal napadnuté rozhodnutie zrušiť a vec vrátiť odporcovi na ďalšie konanie. Tvrdil, že dohoda o splnomocnení je uzavretá riadne, v súlade s príslušnými ustanoveniami Občianskeho zákonníka o zastúpení a spĺňa náležitosti platného právneho úkonu, ktorými sú slobodná vôľa, vážnosť, určitosť a zrozumiteľnosť. Splnomocnencovi vzniklo právo nakladať s nehnuteľnosťou v mene záložcu, pričom práva a povinnosti zo zastúpenia vznikajú priamo záložcovi. Nesúhlasil s tvrdeniami odporcu, podľa ktorých navrhovateľ vopred určil osobu, ktorá bude oprávnená za dlžníka konať a dlžník nemal možnosť sa sám rozhodnúť, kto ho bude zastupovať. Rozhodnutie nevychádza zo spoľahlivo zisteného skutkového stavu veci. Pokiaľ odporca poukázal na neprípustnosť zastúpenia v zmysle § 22 ods. 2 Občianskeho zákonníka, tvrdil, že rozpor v záujmoch zástupcu a zastúpeného musí aj reálne existovať, nestačí len potenciálna možnosť takéhoto rozporu.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Predložené plnomocenstvo je teda samostatným právnym úkonom uzavretým medzi dlžníkom a jeho zástupcom, ktorý je úplne nezávislým od veriteľa a jeho zmluvnej dokumentácie. Správny orgán nepreukázal, že by veriteľ do tohto právneho vzťahu zasahoval, alebo ovplyvňoval jeho obsah. Ku konštatovanému rozporu zmluvy o úvere a záložnej zmluvy s dobrými mravmi namietal nepreskúmateľnosť rozhodnutia odporcu v tejto časti pre nedostatok dôvodov. Odporca neuviedol prečo uprednostnil aplikáciu ustanovenia § 39 OZ o absolútnej neplatnosti právneho úkonu pre rozpor s dobrými mravmi pred aplikáciou § 265 Obchodného zákonníka o nepriznaní práva pre jeho výkon s pravidlami poctivého obchodného styku. Zmluva o úvere je v zmysle § 261 ods. 6 Obch. zákonníka tzv. absolútnym obchodom, a teda špeciálna právna norma obsiahnutá v Obchodnom zákonníku má prednosť pred aplikáciou Občianskeho zákonníka. Odporcovi neprináleží vysloviť neplatnosť právneho úkonu (úverovej zmluvy) pre rozpor s dobrými mravmi, čo patrí do kompetencie príslušného súdu v rámci občianskeho súdneho konania. Mohol by preskúmavať len zmluvu zakladajúcu zmenu práv k nehnuteľnostiam podľa § 31 ods.1 katastrálneho zákona, ktorá je súčasťou návrhu na vklad. Odporca k odvolaniu v stanovisku zo dňa 19.03.2014 trval na zákonnosti napadnutého rozhodnutia, ktoré žiadal potvrdiť. Súd vec prejednal na pojednávaní v neprítomnosti účastníkov konania, ktorí nevyužili svoje právo zúčastniť sa pojednávania, ospravedlnili sa a navrhovateľ výslovne súhlasil s prejednaním a rozhodnutím veci v jeho neprítomnosti. Súd preskúmal napadnuté rozhodnutie odporcu a postup, ktorý predchádzal vydaniu rozhodnutia v rozsahu odvolacích námietok podľa § 250l a nasl. O.s.p (tretej hlavy piatej časti O.s.p.) a dospel k záveru, že odvolanie nie je dôvodné a nie je spôsobilé privodiť zrušenie napadnutého rozhodnutia, preto rozhodnutie odporcu podľa § 250q ods. 2 O.s.p. potvrdil. Podľa § 250l ods.1 O.s.p. , podľa ustanovení tejto hlavy sa postupuje v prípadoch, v ktorých zákon zveruje súdom rozhodovanie o opravných prostriedkoch proti neprávoplatným rozhodnutiam správnych orgánov. Zo spisu správneho orgánu súd zistil, že navrhovateľ dňa 19.11.2013 na Okresnom úrade Revúca podal návrh na vklad záložného práva do katastra nehnuteľností podľa Zmluvy o zriadení záložného práva č. XXX/XXXX-ŠTE zo dňa 29.10.2013, ktorá bola uzavretá podľa § 151a a nasl. Občianskeho zákonníka medzi záložným veriteľom POHOTOVOSŤ, s.r.o. a záložcom A. X., v zastúpení zástupcom na základe dohody o splnomocnení: ProHelp - združenie občianskoprávnej pomoci, za ktorého zmluvu podpísal F. P. - predseda združenia. Podľa článku II. sa zmluvné strany dohodli na zriadení záložného práva k nehnuteľnostiam špecifikovaným v článku I. tejto zmluvy, ktoré sú zapísané na príslušných listoch vlastníctva na mene záložcu, a to v prospech záložného veriteľa na zabezpečenie jeho pohľadávok, ktoré vznikli a vzniknú na základe Zmluvy o úvere č. XXXXXXXXX zo dňa 31.10.2012, najmä na zabezpečenie istiny vo výške 200,00 euro s príslušenstvom. Zo spisu správneho orgánu súd ďalej zistil, že bola uzavretá dohoda o splnomocnení medzi splnomocniteľom a dlžníkom - záložcom, pričom názov splnomocnenca je predtlačený na formulári dohody o splnomocnení.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určenom na dopísanie zástupcu splnomocnenca je uvedené razítkom „F. P. - predseda občianskeho združenia ProHelp“. V bode 4. dohody sú dopísané ručne v kolónkach nehnuteľnosti vo vlastníctve splnomocniteľa. Splnomocniteľ zmluvu podpísal v Šiveticiach dňa 31.10.2012, t.j v deň uzatvorenia zmluvy o úvere a zástupca združenia ProHelp F. P. - predseda, zmluvu podpísal v Bratislave dňa 31.10.2012. Predmetom súdneho prieskumu bolo preskúmať záver odporcu, či sú splnené podmienky vkladu z hľadiska ustanovenia § 31 ods. 1 zákona č. 162/1995 Z.z.. Súd dospel k záveru, že odporca vydal správne rozhodnutie, ak zamietol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V zmysle ustanovenia § 4 ods. 1 Katastrálneho zákona sa práva k nehnuteľnostiam do katastra zapisujú vkladom práv k nehnuteľnostiam do katastra, záznamom práv k nehnuteľnostiam do katastra a poznámkou o právach k nehnuteľnostiam v katastri. Ustanovenie § 5 ods. 1 Katastrálneho zákona upravuje, že vklad je úkonom okresného úradu, ktorým vzniká, mení sa alebo zaniká právo k nehnuteľnostiam. V zmysle ustanovenia § 28 ods. 3 Katastrálneho zákona právne účinky vkladu vznikajú na základe právoplatného rozhodnutia okresného úradu o jeho povolení. Konanie o povolení vkladu sa začína na návrh účastníka konania ( § 30 ods.2 Katastrálneho zákona), ktorým je účastník právneho úkonu, na základe ktorého má vzniknúť, zmeniť sa alebo zaniknúť právo k nehnuteľnosti (§ 30 ods. 1 ). V zmysle ustanovenia § 30 ods. 4 tohto zákona sa návrh na vklad podáva písomne a podľa § 5 písm. d/, ďalšou prílohou návrhu na vklad je okrem iných aj dohoda o splnomocnení, ak je účastník konania zastúpený splnomocnencom, pričom podpis splnomocniteľa musí byť osvedčený, ak sa osvedčenie podpisu vyžaduje podľa § 42 ods. 3. Podľa § 31 ods. 1 zákona č. 162/1995 Z.z.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citovaného zákona, ak sú podmienky na vklad splnené, okresný úrad vklad povolí; inak návrh zamietne. Súd dospel k záveru, že odporca ako príslušný orgán štátnej správy, v kompetencii ktorého je rozhodovať o zápisoch práv k nehnuteľnostiam do katastra, sa pri rozhodovaní dôsledne riadil citovanými ustanoveniami katastrálneho zákona a nepostupoval v rozpore so zákonom, ak podľa § 31 ods. 3 tohto zákona návrh na vklad zamietol. Podľa § 22 ods. 2 Občianskeho zákonníka, zastupovať iného nemôže ten, kto sám nie je spôsobilý na právny úkon, o ktorý ide, ani ten, záujmy ktorého sú v rozpore so záujmami zastúpeného.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dlžníkovi bola vopred určená osoba, ktorá bude oprávnená za neho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 nepresvedčivé súd považuje aj tvrdenie navrhovateľa, že dohoda o splnomocnení bola uzavretá na žiadosť dlžníka,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bola vypísaná listina, dohoda o splnomocnení v čase jej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ho dlžník splnomocnil. Poukazovanie navrhovateľa na to, že katastrálny zákon nevyžaduje osobitné náležitosti pre splnomocnenie k uzavretiu záložnej zmluvy súd považuje za irelevantné vzhľadom na to, že dohoda o splnomocnení je neplatným právnym úkonom v zmysle všeobecných ustanovení občianskeho zákonníka pre rozpor v záujmoch zástupcu a zastúpeného, t.j. dohoda odporujúca zákonu ( § 22 ods. 2 Občianskeho zákonníka) je absolútne neplatným právnym úkonom podľa § 39 Občianskeho zákonníka, ako aj v dôsledku nedostatkov požadovaných náležitostí platného právneho úkonu podľa § 37 ods. 1 Občianskeho zákonníka ( sloboda vôle, určitosť...). Podľa § 52 ods. 1 Občianskeho zákonníka; spotrebiteľskou zmluvou je každá zmluva bez ohľadu na právnu formu, ktorú uzatvára dodávateľ so spotrebiteľom.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5 Občianskeho zákonníka; neprijateľné podmienky upravené v spotrebiteľských zmluvách sú neplatné. Podľa čl. 3 odsek 1 Smernice 93/13/EHS sa považuje za nekalú zmluvná podmienka, ktorá nebola individuálne dohodnutá, ak napriek požiadavke dôvery spôsobí značnú nerovnováhu v právach a povinnostiach strán vzniknutých na základe zmluvy ku škode spotrebiteľa. Súd má za to, že na daný prípad je potrebné aplikovať ustanovenia §§ 52 - 54 Občianskeho zákonníka. Z textu dohody o splnomocnení vyplýva, že súvisí so zmluvou o úvere, ktorú uzatvoril dlžník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v podstate prihliadol na nekalý charakter zmluvnej podmienky v spotrebiteľskej zmluve. Dohoda o splnomocnení nebola riadne uzatvorená aj pre rozpor s § 53 ods. 1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Dohodu o splnomocnení, podľa ktorej mal dlžníka zastupovať jemu určený zástupca mimo jeho slobodnej voľby, je potrebné považovať za neprijateľnú (nekalú) zmluvnú podmienku, a teda za absolútne neplatnú podľa § 53 ods. 5 Občianskeho zákonníka. Z uvedeného vyplýva, že zástupca - ProHelp - združenie občianskoprávnej pomoci nemohol ani z tohto dôvodu platne uzavrieť záložnú zmluvu v mene splnomocniteľa, a preto záver okresného úradu o potrebe zamietnuť predložený návrh na vklad takejto záložnej zmluvy, je v súlade s § 31 ods. 1, 3 katastrálneho zákona. Podľa čl. 6 odsek 1 Smernice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 a do ďalšej vnútroštátnej právnej úpravy - zákona č. 250/2007 Z.z. o ochrane spotrebiteľa (§ 3 a nasl.). Súd opiera rozhodnutie o dnes už ustálenú rozhodovaciu prax Najvyššieho súdu SR (napr. rozsudok NS SR sp.zn. 8 Sžo 17/2007 (R 42/2008), sp.zn. 1 Sžr/37/2012 zo dňa 10.07.2012, sp.zn. 10 Sžr/136/2012 zo dňa 15.03.2013, sp.zn. 1 Sžr 135/2012 zo dňa 11.06.2013). V odôvodnení rozsudku sp.zn. 2 Sžo/126/2007 zo dňa 12.12.2007 Najvyšší súd SR okrem iného konštatoval, že zákon nevylučuje uzavretie všetkých zmlúv použitých v predmetnej veci (zmluvu o úvere, zmluvu o zastúpení, záložnú zmluvu) tieto zmluvy je však potrebné posúdiť aj v kontexte ich vzájomnej súvislosti, najmä čo týmito zmluvami sa mienilo dosiahnuť. V podstate týmito zmluvami sa môže dosiahnuť nielen zabezpečenie návratnosti poskytnutej sumy v navýšenej hodnote veriteľovi, ale aj možný prechod dlžníkovho vlastníctva k jeho celému nehnuteľnému majetku v nepochybne ďaleko väčšej hodnote, než je výška plnenia povinného z úverovej zmluvy. V podstate by sa jednalo o výrazný zásah do práv povinného vo výkone práv a povinností vyplývajúcich z občianskoprávnych vzťahov, čo je v rozpore s dobrými mravmi. Ak teda odporca zamietol návrh na vklad aj z dôvodu hrubého nepomeru medzi výškou zabezpečovanej pohľadávky a hodnotou nehnuteľností, ktoré mali byť založené, nerozhodoval v podstate o neplatnosti úverovej zmluvy, ale v kontexte celého právneho vzťahu medzi účastníkmi konania, preskúmaval vo vkladovom konaní predložený titul - zmluvu o zriadení záložného práva- z hľadiska či sa neprieči dobrým mravom, čo správe katastra (teraz okresnému úradu)vyplýva priamo zo znenia ustanovenia § 31 ods. 1 katastrálneho zákona. Vzhľadom na vyššie uvedené v predchádzajúcom odseku súd sa nestotožňuje s argumentáciou v odvolaní, že správny orgán posudzoval neplatnosť zmluvy o úvere. Správny orgán posudzoval predložený titul na vklad - zmluvu o zriadení záložného práva v kontexte celého právneho vzťahu založeného aj súvisiacimi zmluvami. Je nad rámec tohto preskúmavacieho konania zaoberať sa úverovou zmluvou, jej platnosťou z hľadiska poskytnutého plnenia, vrátane príslušenstva, najmä súladnosťou aplikácie Obchodného zákonníka, ak zmluva o úvere ako typová zmluva je v zmysle § 261 ods. 6 Obchodného zákonníka tzv. absolútnym obchodom. Ani správny orgán, ani súd v rámci súdneho prieskumu sa nezaoberá otázkou (ne)platnosti zmluvy o úvere, ale v zmysle vyššie uvedeného vyhodnotením otázky vkladuspôsobilosti predloženej zmluvy o zriadení záložného práva v celkovom kontexte daného prípadu. K námietke navrhovateľa o neodôvodnenej prednostnej aplikácii ustanovení Občianskeho zákonníka pred ustanoveniami Obchodného zákonníka súd uvádza, že správny orgán izolovane neposudzoval iba úverovú zmluvu, ktorá je absolútnym obchodom, ale v zmysle vyššie uvedeného posudzoval všetky právne úkony vo vzájomnej súvislosti. Súd poznamenáva, že vec je potrebné v prvom rade posúdiť za aplikácie príslušných právnych predpisov na ochranu spotrebiteľa. Ustanovenia §§ 52 - 54 Občianskeho zákonníka sa vzťahujú na všetky zmluvy so spotrebiteľským prvkom bez ohľadu na to, či sa jedná o zmluvy uzavreté podľa Občianskeho zákonníka alebo podľa Obchodného zákonníka. Za pravdu takejto interpretácii predmetných právnych predpisov dáva aj novela Občianskeho zákonníka, podľa ktorej v zmysle § 52 ods. 2, posledná veta, Občianskeho zákonníka; na všetky právne vzťahy , ktorých účastníkom je spotrebiteľ, sa vždy prednostne použijú ustanovenia Občianskeho zákonníka, aj keď by sa inak mali použiť normy obchodného práva. Najvyšší súd SR v odôvodnení rozsudku 10Sžr/136/2012 z 15.03.2013 poukázal na potrebu na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Najvyššieho súdu SR taktiež ani postup, na základe ktorého splnomocnenec v mene splnomocniteľa (ako vlastníka nehnuteľnosti) zriaďuje záložné právo na zabezpečenie úveru nepochybne oveľa nižšej hodnoty, ako je hodnota nehnuteľnosti úverového dlžníka, nemohol byť v súlade s dobrými mravmi.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okresného úradu o nutnosti zamietnuť návrh na vklad v dôsledku neplatného splnomocnenia a na základe neho uzavretej neplatnej záložnej zmluvy je správny. Záver odporcu o nutnosti zamietnuť návrh na vklad z tohto dôvodu nemôže zvrátiť ďalšia argumentácia, podľa ktorej by vklad mal byť povolený, pretože čo i len jeden uznaný dôvod pre zamietnutie návrhu na vklad spôsobuje, že vklad už nemôže byť povolený. Z vyššie uvedených dôvodov súd napadnuté rozhodnutie správneho orgánu ako vydané v súlade so zákonom potvrdil podľa § 250q ods. 2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Poučenie: Proti tomuto rozsudku možno podať odvolanie v lehote 15 dní od jeho doručenia. Odvolanie sa podáva písomne v štyroch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https://www.kauzis.sk/judikatura/r/ECLI:SK:KSBB:2014:6014200399.1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