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20Sd/76/2014 z 14. 7. 2014</w:t>
      </w:r>
    </w:p>
    <w:p>
      <w:r>
        <w:t>Rozsudok Krajského súdu Banská Bystrica z 14. júla 2014, sp. zn. 20Sd/76/2014, ECLI:SK:KSBB:2014:6014200466.2</w:t>
      </w:r>
    </w:p>
    <w:p>
      <w:r>
        <w:t>Súd: Krajský súd Banská Bystrica</w:t>
      </w:r>
    </w:p>
    <w:p>
      <w:r>
        <w:t>Spisová značka: 20Sd/76/2014</w:t>
      </w:r>
    </w:p>
    <w:p>
      <w:r>
        <w:t>ECLI: ECLI:SK:KSBB:2014:6014200466.2</w:t>
      </w:r>
    </w:p>
    <w:p>
      <w:r>
        <w:t>Dátum vydania: 14. 7. 2014</w:t>
      </w:r>
    </w:p>
    <w:p>
      <w:r>
        <w:t>Forma: Rozsudok</w:t>
      </w:r>
    </w:p>
    <w:p>
      <w:r>
        <w:t>Oblasť práva: Správne právo</w:t>
      </w:r>
    </w:p>
    <w:p>
      <w:pPr>
        <w:pStyle w:val="Heading2"/>
      </w:pPr>
      <w:r>
        <w:t>Text rozhodnutia</w:t>
      </w:r>
    </w:p>
    <w:p>
      <w:r>
        <w:t>Súd: Krajský súd Banská Bystrica Spisová značka: 20Sd/76/2014 Identifikačné číslo súdneho spisu: 6014200466 Dátum vydania rozhodnutia: 15. 07. 2014 Meno a priezvisko sudcu, VSÚ: JUDr. Jarmila Badíková ECLI: ECLI:SK:KSBB:2014:6014200466.2 ROZSUDOK V MENE SLOVENSKEJ REPUBLIKY Krajský súd v Banskej Bystrici v konaní samosudkyňou JUDr. Jarmilou Badíkovou v právnej veci navrhovateľky T. I., nar. XX. H. XXXX, bytom V. XX,XXX XX B. proti odporkyni Sociálna poisťovňa, ul. 29. augusta č. 8, 813 63 Bratislava o preskúmanie rozhodnutia o zamietnutí invalidného dôchodku takto r o z h o d o l : Rozhodnutie odporkyne č. XXX XXX XXXX X zo dňa 15. novembra 2013 potvrdzuje. Navrhovateľke nepriznáva právo na náhradu trov konania. o d ô v o d n e n i e : Odporkyňa rozhodnutím č. XXX XXX XXXX X zo 15.11.2013 zamietla žiadosť navrhovateľky o priznanie invalidného dôchodku s odôvodnením, že nie je invalidná podľa § 70 a § 71 ods. 1 zákona č. 461/2003 Z.z. o sociálnom poistení /zsp/, pretože podľa posudku posudkového lekára Sociálnej poisťovne, pobočka Veľký Krtíš zo dňa 02.10.2013 nemá pre dlhodobo nepriaznivý zdravotný stav pokles schopnosti vykonávať zárobkovú činnosť o viac ako 40 % v porovnaní so zdravou fyzickou osobou. Posudkový lekár stanovil mieru poklesu schopnosti vykonávať zárobkovú činnosť u navrhovateľa vo výške 30 %.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navrhovateľka nie je invalidná. Navrhovateľka podala proti tomuto rozhodnutiu v zákonom stanovenej lehote návrh na preskúmanie s odvolaním sa na svoj zlý zdravotný stav, ktorý žiadala opätovne posúdiť. Odporkyňa podala vo veci písomné stanovisko zo dňa 11.04.2014, v ktorou uviedla právne a skutkové dôvody, pre ktoré žiadala napadnuté rozhodnutie potvrdiť ako vecne správne. Krajský súd preskúmal napadnuté rozhodnutie ako aj postup, ktorý predchádzal jeho vydaniu na pojednávaní dňa 15.07.2014 v zmysle § 250l OSP, oboznámil sa s pripojenými listinnými dôkazmi, vypočul odporkyňu, vec preskúmal v neprítomnosti navrhovateľky a dospel k záveru, že opravnému prostriedku navrhovateľky nie je možné vyhovieť. Súd ospravedlnil neprítomnosť navrhovateľky na pojednávaní a pri rozhodovaní vo veci prihliadol na dôvody uvedené v podanom opravnom prostriedku. Odporkyňa na pojednávaní žiadala napadnuté rozhodnutie zo dňa 15.11.2013 potvrdiť ako vecne správne. Poukázala na posudok posudkového lekára na pobočke vo Veľkom Krtíši, ako aj na posudok posudkovej lekárky ústredia v Banskej Bystrici, ktorá na základe opravného prostriedku navrhovateľky opätovne posúdila jej zdravotný stav so záverom, že nie je invalidná, lebo jej miera poklesu schopnosti vykonávať zárobkovú činnosť je 30 %. Súčasne poukázala aj na písomné stanovisko Sociálnej poisťovne zo dňa 11.4.2014, kde sú uvedené právne a skutkové dôvody, pre ktoré žiadala napadnuté rozhodnutie potvrdiť. Podľa § 71 ods.1 zákona č. 461/2003 Z.z. o sociálnom poistení poistenec je invalidný, ak pre dlhodobo nepriaznivý zdravotný stav má pokles schopnosti vykonávať zárobkovú činnosť o viac ako 40 %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ods.3 cit. ust. prvej vety pokles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Podľa ods.7 cit. ust. jednotlivé percentuálne miery poklesu schopnosti vykonávať zárobkovú činnosť sa nesčítavajú. Percentuálna miera poklesu zárobkovej činnosti podľa druhu zdravotného poistenia orgánov a systémov je uvedená v prílohe č. 4 k zákonu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č.461/2003 Z.z. lekársku posudkovú činnosť dôchodkového poistenia vykonáva posudkový lekár sociálneho poistenia príslušnej pobočky a posudkový lekár sociálneho poistenia ústredia Sociálnej poisťovne. Na základe opravného prostriedku posúdila posudková lekárka Sociálnej poisťovne - ústredie so sídlom v Banskej Bystrici opätovne zdravotný stav navrhovateľky v posudku zo dňa 28.03.2014 z hľadiska kritérií stanovených pre invaliditu podľa zákona č. 461/2003 Z.z. o sociálnom poistení. Posudková lekárka ako rozhodujúce zdravotné postihnutie uviedla, choroby podporného a pohybového aparátu - kapitola XV, dorzopatia, spondylopatia - oddiel E, degeneratívne zmeny na chrbtici a medzistavcových platničkách - položka 3, s mierne funkčným postihnutím - písm. b/ so záverom, že navrhovateľka nie je invalidná podľa § 71 ods.1 cit. zákona, pretože pre dlhodobo nepriaznivý zdravotný stav nemá pokles schopnosti vykonávať zárobkovú činnosť o viac ako 40 % v porovnaní so zdravou fyzickou osobou, miera poklesu schopnosti navrhovateľky vykonávať zárobkovú činnosť je 30 %. Posudková lekárka v celkovom posudku ďalej uviedla, že u navrhovateľky sú v popredí pohybové problémy, ktoré sa zvýraznili v r. 2013. Absolvovala preto niekoľko ambulantných neurologických vyšetrení. V klinických nálezoch nie je však preukázané podstatnejšie funkčné obmedzenie chrbtice, čo je v súlade aj s vykonaným CT vyšetrením driekovej chrbtice. Rovnako pridružené ochorenia svojou závažnosťou neodôvodňujú ani percentuálne zvýšenie stanoveného percenta pre rozhodujúce ochorenie. Porucha krvného tlaku je dlhodobo kompenzovaná bez preukázania zhrubnutia ľavej komory srdca, a to EKG aj ECHOKG vyšetrením. Tieto nálezy jednoznačne vyvracajú závery internistu zo septembra 2013 so zhodnotením hypertenzie III. WHO. Vzhľadom na diskrepancie v internistických nálezoch z februára a septembra 2013, kde nie je preukázané subjektívne ani klinické zhoršenie ale závery zo septembra uvádzajú chronickú ischemickú chorobu srdca dekompenzovanú, funkčne NYHA III. aj hypertenziu WHO III., posudková lekárka realizovala kompletné kardiologické vyšetrenie na nezávislom pracovisku - Novamed Banská Bystrica, podľa ktorého vykonané klinické vyšetrenie ECHOKG, EKG, záťažový test ergometriou nezisťujú ischemickú chorobu srdca, srdce je s dobrou funkciou. Porucha štítnej žľazy je na substitučnej liečbe kontrolovaná. V anamnéze uvádzané poruchy trávenia pri S. nie sú sprevádzané trvalejšími zažívacími ťažkosťami s dopadom na výživu a hmotnosť (je C.). Navrhovateľka aktuálne predložila prvé psychiatrické vyšetrenie so záverom zmiešaná anxiozne depresívna porucha so začatou liečbou, tento stav nespĺňa kritériá dlhodobo nepriaznivého zdravotného stavu a preto z posudkového hľadiska nebol hodnotený. Týmto posudkom boli potvrdené závery predchádzajúceho posudku posudkového lekára Sociálnej poisťovne, pobočka Veľký Krtíš zo dňa 02.10.2013, ktorý posudok bol podkladom pre vydanie napadnutého rozhodnutia. Posudkový lekár Sociálnej poisťovne, pobočky spísal s navrhovateľkou zápisnicu o ústnom pojednávaní v súlade s § 189 zákona č. 461/2003 Z. z. o sociálnom poistení a navrhovateľka bola informovaná o všetkých skutočnostiach, ktoré sa týkajú posúdenia zdravotného stavu, posudku a miery poklesu schopnosti vykonávať zárobkovú činnosť. Posudkový lekár vyhotovil aj odborný posudok o invalidite. Podľa § 132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navrhovateľkou a že závery posudkov vychádzajú zo súčasného zdravotného stavu navrhovateľky a z poznatkov súčasnej medicíny. Krajský súd porovnal závery posudkov so závermi odborných lekárov a zistil, že posudky sú objektívne, komplexné, presvedčivé a akceptoval ich závery . Súd porovnal posudky posudkových lekárov s odbornými nálezmi špecialistov a zistil, že tieto navzájom korelujú a zhodne konštatujú, že pracovný potenciál navrhovateľky je znížený adekvátne zdravotnému stavu navrhovateľky, ale nie je natoľko znížený a navrhovateľka nie je tak zdravotne postihnutá, aby splnila podmienku priznania invalidného dôchodku. Súd považuje za potrebné dodať, že navrhovateľka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zákonu č. 461/2003 Z. z. o sociálnom poistení, ktorá je rozdelená do príslušných kapitol podľa ochorení jednotlivých orgánov. V týchto kapitolách je podľa druhu zdravotného postihnutia uvedená aj miera poklesu schopnosti vykonávať zárobkovú činnosť v %. Posudkoví lekári v posudkoch podrobne zdôvodnili stanovenú mieru poklesu. Krajský súd považuje za potrebné tiež uviesť, že v zmysle zákona č. 461/2003 Z. z. o sociálnom poistení § 71 ods. 5 a 6 mieru poklesu schopnosti vykonávať zárobkovú činnosť sa posudzuje len na základe rozhodujúceho zdravotného postihnutia t. j. jednej diagnózy s prihliadnutím na závažnosť aj ostatných ochorení, ale jednotlivé % miery poklesu schopnosti vykonávať zárobkovú činnosť sa nesčítavajú. Pre priznanie invalidity je potrebná minimálne 41 % miera poklesu schopnosti vykonávať zárobkovú činnosť. Vzhľadom na závery posudkov ohľadne zdravotného postihnutia navrhovateľky, na skutočnosť, že posudky podali orgány na to určené zákonom, súd dospel k záveru, že zistený skutkový stav u navrhovateľky nespĺňa požiadavky pre priznanie invalidity a preto napadnuté rozhodnutie odporkyne potvrdil ako vecne správne. Navrhovateľka nepredložila súdu dôkazy, ktoré by spochybnili závery posudkových lekárov a správnosť napadnutého rozhodnutia. Súd pre komplexné posúdenie veci považuje za potrebné uviesť, že rozhodujúci je zdravotný stav navrhovateľky v čase vydania napadnutého rozhodnutia. Súd náhradu trov konania posúdil podľa § 250l ods. 2 v spojitosti s § 250k ods. 1 OSP, navrhovateľka v konaní nemala úspech a preto jej súd nepriznal právo na náhradu trov konania. Poučenie: Proti tomuto rozsudku je prípustné odvolanie do 15 dní odo dňa jeho doručenia, písomne v dvoch vyhotoveniach prostredníctvom konajúceho súdu na NS SR. Odvolanie je možné podať len z dôvodov uvedených v § 205 ods. OSP.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https://www.kauzis.sk/judikatura/r/ECLI:SK:KSBB:2014:6014200466.2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