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20Sd/80/2014 z 15. 6. 2014</w:t>
      </w:r>
    </w:p>
    <w:p>
      <w:r>
        <w:t>Uznesenie Krajského súdu Banská Bystrica z 15. júna 2014, sp. zn. 20Sd/80/2014, ECLI:SK:KSBB:2014:6014200480.1</w:t>
      </w:r>
    </w:p>
    <w:p>
      <w:r>
        <w:t>Súd: Krajský súd Banská Bystrica</w:t>
      </w:r>
    </w:p>
    <w:p>
      <w:r>
        <w:t>Spisová značka: 20Sd/80/2014</w:t>
      </w:r>
    </w:p>
    <w:p>
      <w:r>
        <w:t>ECLI: ECLI:SK:KSBB:2014:6014200480.1</w:t>
      </w:r>
    </w:p>
    <w:p>
      <w:r>
        <w:t>Dátum vydania: 15. 6.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Banská Bystrica Spisová značka: 20Sd/80/2014 Identifikačné číslo súdneho spisu: 6014200480 Dátum vydania rozhodnutia: 16. 06. 2014 Meno a priezvisko sudcu, VSÚ: JUDr. Jarmila Badíková ECLI: ECLI:SK:KSBB:2014:6014200480.1 Uznesenie Krajský súd v Banskej Bystrici v právnej veci navrhovateľa E. W., nar. XX. M. XXXX, bytom J. XX/XX, XXX XX Z. proti odporkyni Sociálnej poisťovni, ústredie, Ul. 29. augusta 8, 813 63 Bratislava, o preskúmaní rozhodnutia o invalidnom dôchodku takto r o z h o d o l : Konanie vo veci rozhodnutia odporkyne č. XXX XXX XXXX X zo dňa 16. decembra 2013 zastavuje. Navrhovateľovi nepriznáva právo na náhradu trov konania. o d ô v o d n e n i e : Odporkyňa rozhodnutím č. XXX XXX XXXX X zo 16. decembra 2013 podľa § 112 ods. 2 a 6 a § 263 ods. 1 zák. č. 461/2003 Z. z. o sociálnom poistení odňala navrhovateľovi invalidný dôchodok od 14. februára 2014 s odôvodnením, že podľa posudku posudkového lekára Sociálnej poisťovne, pobočka Banská Bystrica z 2. decembra 2013 navrhovateľ už nie je čiastočne invalidný. Navrhovateľ podal voči uvedenému rozhodnutiu v zákonom stanovenej lehote opravný prostriedok s odvolaním sa na svoj zlý zdravotný stav. Na základe opravného prostriedku bol zdravotný stav navrhovateľa opätovne prehodnotený posudkovým lekárom Sociálnej poisťovne - ústredia so sídlom v Banskej Bystrici v posudku zo dňa 2. apríla 2014 so záverom, že navrhovateľ je naďalej čiastočne invalidný. Vzhľadom na uvedené odporkyne č. XXX XXX XXXX X zo dňa 24. apríla 2014 uvoľnila navrhovateľovi výplatu čiastočného invalidného dôchodku od 14. februára 2014 v sume 206,60 Eur mesačne. Podľa § 250l ods. 2 O.s.p. pokiaľ v III. hlave O.s.p. nie je ustanovené inak, použijú sa primerane ustanovenia II. hlavy s výnimkou § 250a. Podľa § 250o O.s.p. ak správny orgán, ktorého rozhodnutie súd preskúmava, vydá nové rozhodnutie, ktorým návrhu celkom vyhovie, súd uznesením konanie zastaví. Vzhľadom na to, že odporkyňa v danom prípade novým rozhodnutím celkom vyhovela opravnému prostriedku, súd v súlade s citovanými ustanoveniami konanie zastavil. Súd o náhrade trov konania rozhodol podľa § 250l ods. 2 v spojitosti s § 250k ods. 1 O.s.p., navrhovateľ bol v konaní úspešný, ale náhradu trov konania si neuplatnil, a preto mu súd náhradu trov konania nepriznal. Poučenie: Proti tomuto rozhodnutiu je prípustné odvolanie do 15 dní odo dňa jeho doručenia, písomne vo dvoch vyhotoveniach, prostredníctvom konajúceho súdu na Najvyšší súd SR v Bratislave. Odvolanie je možné podať len z dôvodov uvedených v ust. § 205 ods. 2 O.s.p. V odvolaní sa má popri všeobecných náležitostiach (§ 42 ods. 3 O.s.p.) uviesť, proti ktorému rozhodnutiu smeruje, v akom roz- sahu sa napáda, v čom sa toto rozhodnutie alebo postup súdu považuje za nesprávny a čoho sa odvolateľ domáha.</w:t>
      </w:r>
    </w:p>
    <w:p/>
    <w:p>
      <w:r>
        <w:t>Zdroj: KAUZIS.SK – https://www.kauzis.sk/judikatura/r/ECLI:SK:KSBB:2014:6014200480.1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