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15Co/1070/2014 z 26. 11. 2014</w:t>
      </w:r>
    </w:p>
    <w:p>
      <w:r>
        <w:t>Uznesenie Krajského súdu Banská Bystrica z 26. novembra 2014, sp. zn. 15Co/1070/2014, ECLI:SK:KSBB:2014:6214206167.2</w:t>
      </w:r>
    </w:p>
    <w:p>
      <w:r>
        <w:t>Súd: Krajský súd Banská Bystrica</w:t>
      </w:r>
    </w:p>
    <w:p>
      <w:r>
        <w:t>Spisová značka: 15Co/1070/2014</w:t>
      </w:r>
    </w:p>
    <w:p>
      <w:r>
        <w:t>ECLI: ECLI:SK:KSBB:2014:6214206167.2</w:t>
      </w:r>
    </w:p>
    <w:p>
      <w:r>
        <w:t>Dátum vydania: 26. 11. 2014</w:t>
      </w:r>
    </w:p>
    <w:p>
      <w:r>
        <w:t>Forma: Uznesenie</w:t>
      </w:r>
    </w:p>
    <w:p>
      <w:pPr>
        <w:pStyle w:val="Heading2"/>
      </w:pPr>
      <w:r>
        <w:t>Text rozhodnutia</w:t>
      </w:r>
    </w:p>
    <w:p>
      <w:r>
        <w:t>Súd: Krajský súd Banská Bystrica Spisová značka: 15Co/1070/2014 Identifikačné číslo súdneho spisu: 6214206167 Dátum vydania rozhodnutia: 27. 11. 2014 Meno a priezvisko sudcu, VSÚ: JUDr. Jaroslav Mikulaj ECLI: ECLI:SK:KSBB:2014:6214206167.2 Uznesenie Krajský súd v Banskej Bystrici v právnej veci navrhovateľa ZH Kredit, s.r.o., so sídlom v Bratislave, Dvořákovo nábrežie č. 8/A, IČO: 36049581, zastúpeného JUDr. Felixom Neupauerom, advokátom so sídlom v Bratislave, Dvořákovo nábrežie č. 8/A, proti odporcovi F. U., nar. XX. XX. XXXX, bytom H. K. XXX, H., o zaplatenie 319,26 € s príslušenstvom, na odvolanie navrhovateľa proti uzneseniu Okresného súdu Veľký Krtíš č. k.: 10Ro/221/2014-50 zo dňa 08. 10. 2014, takto r o z h o d o l : Odvolacie konanie zastavuje. Žiaden z účastníkov nemá právo na náhradu trov odvolacieho konania. o d ô v o d n e n i e : Okresný súd konanie zastavil pre nezaplatenie súdneho poplatku podľa § 10 ods. 1 zák. č. 71/1992 Zb. Proti uvedenému uzneseniu podal navrhovateľ prostredníctvom svojho právneho zástupcu včas odvolanie, ktorým žiadal napadnuté uznesenie zrušiť. Podaním doručeným okresnému súdu dňa 06. 11. 2014 zobral svoje odvolanie späť, odvolacie konanie žiadal zastaviť a žiadnemu z účastníkov nepriznať právo na náhradu trov konania. Krajský súd, ako súd odvolací, vo veci rozhodol bez nariadenia pojednávania podľa § 214 ods. 2 O. s. p. a odvolacie konanie podľa § 207 ods. 3 O. s. p. zastavil. Z obsahu spisu odvolací súd zistil, že proti uzneseniu, ktorým prvostupňový súd konanie zastavil pre nezaplatenie súdneho poplatku, podal včas odvolanie navrhovateľ, ktoré následne zobral späť. Podľa ustanovenia § 207 ods. 2 O. s. p. dokiaľ o odvolaní nebolo rozhodnuté, možno ho vziať späť. Podľa odseku 3 ak sa odvolanie, o ktorom nebolo rozhodnuté, vzalo späť, odvolací súd odvolacie konanie zastaví. Vzhľadom na dispozičný úkon navrhovateľa odvolací súd podľa vyššie citovaného ustanovenia odvolacie konanie zastavil. O trovách odvolacieho konania rozhodol podľa § 224 ods. 1 O. s. p. a § 146 ods. 1 písmena c) O. s. p. tak, že žiaden z účastníkov nemá právo na náhradu trov konania podľa jeho výsledku, ak konanie bolo zastavené. Toto rozhodnutie prijal senát krajského súdu pomerom hlasov 3 : 0. Poučenie: Proti tomuto rozhodnutiu odvolanie nie je prípustné.</w:t>
      </w:r>
    </w:p>
    <w:p/>
    <w:p>
      <w:r>
        <w:t>Zdroj: KAUZIS.SK – https://www.kauzis.sk/judikatura/r/ECLI:SK:KSBB:2014:6214206167.2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