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2CoE/69/2014 z 22. 4. 2014</w:t>
      </w:r>
    </w:p>
    <w:p>
      <w:r>
        <w:t>Uznesenie Krajského súdu Banská Bystrica z 22. apríla 2014, sp. zn. 2CoE/69/2014, ECLI:SK:KSBB:2014:6403899009.2</w:t>
      </w:r>
    </w:p>
    <w:p>
      <w:r>
        <w:t>Súd: Krajský súd Banská Bystrica</w:t>
      </w:r>
    </w:p>
    <w:p>
      <w:r>
        <w:t>Spisová značka: 2CoE/69/2014</w:t>
      </w:r>
    </w:p>
    <w:p>
      <w:r>
        <w:t>ECLI: ECLI:SK:KSBB:2014:6403899009.2</w:t>
      </w:r>
    </w:p>
    <w:p>
      <w:r>
        <w:t>Dátum vydania: 22. 4. 2014</w:t>
      </w:r>
    </w:p>
    <w:p>
      <w:r>
        <w:t>Forma: Uznesenie</w:t>
      </w:r>
    </w:p>
    <w:p>
      <w:r>
        <w:t>Oblasť práva: Občianske právo</w:t>
      </w:r>
    </w:p>
    <w:p>
      <w:pPr>
        <w:pStyle w:val="Heading2"/>
      </w:pPr>
      <w:r>
        <w:t>Text rozhodnutia</w:t>
      </w:r>
    </w:p>
    <w:p>
      <w:r>
        <w:t>Súd: Krajský súd Banská Bystrica Spisová značka: 2CoE/69/2014 Identifikačné číslo súdneho spisu: 6403899009 Dátum vydania rozhodnutia: 23. 04. 2014 Meno a priezvisko sudcu, VSÚ: JUDr. Alena Antalová ECLI: ECLI:SK:KSBB:2014:6403899009.2 Uznesenie Krajský súd v Banskej Bystrici v exekučnej veci oprávneného: EOS KSI Slovensko, s.r.o., Údernícka 5, 851 01 Bratislava, IČO: 35 724 803, zast. TOMÁŠ KUŠNÍR, s.r.o., Pajštúnska 5, 851 02 Bratislava, proti povinnému: L. U., nar. XX.XX.XXXX, zomretý XX.XX.XXXX, naposledy bytom Q. F., pre vymoženie peňažnej pohľadávky, vykonávanej súdnym exekútorom Mgr. Ing. Ivanom Šteinerom, PhD., Exekútorský úrad Nové Mesto nad Váhom, Lipová 7, 915 01 Nové Mesto nad Váhom, na odvolanie oprávneného proti uzneseniu Okresného súdu Žiar nad Hronom č.k. 11Er/1487/2003-60 zo dňa 08. januára 2014, takto r o z h o d o l : Odvolanie oprávneného proti uzneseniu Okresného súdu Žiar nad Hronom č.k. 11Er/1487/2003-60 zo dňa 08. januára 2014 o d m i e t a. o d ô v o d n e n i e : Okresný súd Žiar nad Hronom (ďalej len „exekučný súd“) uznesením č. k. 11Er/1487/2003-60 zo dňa 08. januára 2014 rozhodol, že oprávnený je povinný zaplatiť súdnemu exekútorovi trovy vo výške 588,37 Eur do troch dní od nadobudnutia právoplatnosti tohto rozhodnutia. Rozhodnutie odôvodnil tým, že exekučný súd uznesením zo dňa XX. novembra 2010 zastavil exekúciu a exekútorovi náhradu trov exekúcie nepriznal, pričom na odvolanie súdneho exekútora odvolací súd výrok o trovách exekúcie zrušil a vrátil vec exekučnému súdu na ďalšie konanie. Na zaplatenie trov exekúcie, ktorých súčasťou je odmena exekútora, náhrada hotových výdavkov a náhrada za stratu času pri vykonávaní exekúcie exekučný súd podľa ustanovenia § 203 ods. 2 zákona č. 233/1995 Z. z. o súdnych exekútoroch a exekučnej činnosti a o zmene a doplnení ďalších zákonov v znení neskorších predpisov (ďalej v texte Exekučný poriadok) zaviazal oprávneného. Proti uvedenému uzneseniu exekučného súdu podal oprávnený odvolanie, ktoré bolo exekučnému súdu doručené dňa 27. februára 2014 a navrhol, aby odvolací súd napadnuté uznesenie zrušil a vec vrátil na ďalšie konanie. Namietal, že exekučný súd v odôvodnení svojho rozhodnutia cituje zákonné ustanovenia, na základe ktorých priznal súdnemu exekútorovi trovy exekučného konania, avšak bez akejkoľvek bližšej špecifikácie a skúmania súdnym exekútorom uplatnených úkonov. Uviedol, že predmetné uznesenie je nezrozumiteľné a nepreskúmateľné pre nedostatok určitého a presvedčivého odôvodnenia, z ktorého nie je možné zistiť aké úkony súdneho exekútora boli účelne vynaložené v tomto konaní. Pred samotným preskúmaním napadnutého uznesenia odvolací súd skúmal, či sú splnené objektívne a subjektívne podmienky odvolacieho konania. Podľa § 204 ods. 1 Občianskeho súdneho poriadku (ďalej len „O.s.p.“) odvolanie sa podáva do 15 dní od doručenia rozhodnutia na súde, proti rozhodnutiu ktorého smeruje. Ak bolo vydané opravné uznesenie, lehota plynie znovu od doručenia opravného uznesenia len v rozsahu vykonanej opravy. Podľa § 218 ods. 1 písm. a) O.s.p. odvolací súd odmietne odvolanie, ktoré bolo podané oneskorene. Odvolaním napadnuté uznesenie exekučného súdu bolo oprávnenému doručené dňa 10. februára 2014 ( doručenka pripojená č.l. 61 spisu), čo znamená, že od nasledujúceho dňa mu začala plynúť 15 dňová lehota na podanie odvolania. Odvolanie oprávneného bolo podané na pošte dňa 26. februára 2014 ( č.l. 64 spisu), t.j. po uplynutí odvolacej lehoty, keďže 15 dňová lehota na podanie odvolania podľa § 204 ods. 1 O.s.p. uplynula 25. februára 2014. Keďže odvolanie oprávneného proti rozhodnutiu Okresného súdu Žiar nad Hronom č.k. 11Er/1487/2003-60 zo dňa 08. januára 2014 bolo podané oneskorene, súd na základe ust. § 218 ods. 1 písm. a) O.s.p. odvolanie odmietol. Toto rozhodnutie prijal senát krajského súdu pomerom hlasov 3:0 (§ 3 ods. 9 zák.č. 757/2004 Z.z. o súdoch a o zmene a doplnení niektorých zákonov v znení účinnom od 1. mája 2011). Toto rozhodnutie prijal senát krajského súdu pomerom hlasov 3:0 (§ 3 ods. 9 zák.č. 757/2004 Z.z. o súdoch a o zmene a doplnení niektorých zákonov v znení účinnom od 1. mája 2011). Poučenie: Proti tomuto uzneseniu nie je prípustné odvolanie.</w:t>
      </w:r>
    </w:p>
    <w:p/>
    <w:p>
      <w:r>
        <w:t>Zdroj: KAUZIS.SK – https://www.kauzis.sk/judikatura/r/ECLI:SK:KSBB:2014:6403899009.2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