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43Cob/75/2014 z 29. 10. 2014</w:t>
      </w:r>
    </w:p>
    <w:p>
      <w:r>
        <w:t>Opravné uznesenie Krajského súdu Banská Bystrica z 29. októbra 2014, sp. zn. 43Cob/75/2014, ECLI:SK:KSBB:2014:6709201210.5</w:t>
      </w:r>
    </w:p>
    <w:p>
      <w:r>
        <w:t>Súd: Krajský súd Banská Bystrica</w:t>
      </w:r>
    </w:p>
    <w:p>
      <w:r>
        <w:t>Spisová značka: 43Cob/75/2014</w:t>
      </w:r>
    </w:p>
    <w:p>
      <w:r>
        <w:t>ECLI: ECLI:SK:KSBB:2014:6709201210.5</w:t>
      </w:r>
    </w:p>
    <w:p>
      <w:r>
        <w:t>Dátum vydania: 29. 10. 2014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43Cob/75/2014 Identifikačné číslo súdneho spisu: 6709201210 Dátum vydania rozhodnutia: 30. 10. 2014 Meno a priezvisko sudcu, VSÚ: JUDr. Drahomíra Dibdiaková ECLI: ECLI:SK:KSBB:2014:6709201210.5 Opravné uznesenie Krajský súd v Banskej Bystrici ako súd odvolací v právnej veci navrhovateľa GLOBE International LTD, s.r.o., so sídlom Pohraničníkov 56, 851 10 Bratislava, IČO: 35 829 346, zast. Advokátska kancelária MARKO, s.r.o. so sídlom Budatínska 47, 851 06 Bratislava, IČO: 36 860 646 proti odporcovi 1/ S. W., nar. XX.XX.XXXX, bytom C. XXXX/X, XXX XX U., štátny občan SR a odporcovi 2/ C. H. K., nar. XX.XX.XXXX, bytom C. XXXX/X, XXX XX U., štátny občan SR, obaja zast. Advokátska kancelária PATAJOVÁ, PATAJ, s.r.o., so sídlom J. Chalupku 8, 974 01 Banská Bystrica, IČO: 36 867 519 o zaplatenie 3.690,57 Eur s príslušenstvom, o odvolaní navrhovateľa, ako aj odporcu 1/ a 2/ proti rozhodnutiu Okresného súdu Zvolen č.k. 14Cb 68/2009-447, IČS: 6709201210 zo dňa 14. mája 2013 v senáte jednohlasne takto r o z h o d o l : Rozsudok Krajského súdu v Banskej Bystrici zo dňa 30. septembra 2014, sp. zn. 43Cob 75/2014 v záhlaví opravuje tak, že zloženie senátu správne znie „ ... z predsedníčky senátu JUDr. Drahomíry Dibdiakovej, členiek senátu JUDr. Evy Kmeťovej a JUDr. Márie Jamriškovej, PhD....“ o d ô v o d n e n i e : Krajský súd v Banskej Bystrici ako súd odvolací rozsudkom zo dňa 30. septembra 2014, sp. zn. 43Cob 75/2014 potvrdil v napadnutej časti prvej výrokovej vety rozhodnutie Okresného súdu Zvolen č.k. 14Cb 68/2009-447, IČS: 6709201210 zo dňa 14. mája 2013 a odvolanie navrhovateľa proti druhej výrokovej vete odmietol s tým, že o trovách odvolacieho konania rozhodne súd prvého stupňa. Podľa § 164 zákona č. 99/1963 Zb. Občianskeho súdneho poriadku ( ďalej O.s.p.)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Podľa ust. § 211 ods. 1 O.s.p., ak tento zákon neustanovuje inak, pre konanie na odvolacom súde platia primerane ustanovenia o konaní pred súdom prvého stupňa. Odvolací súd zistil, že v záhlaví jeho rozhodnutia došlo k zrejmej nesprávnosti pri písaní, keď odvolací súd namiesto zloženia senátu, ktorý vec prejednal a rozhodol v zložení predsedníčka senátu JUDr. Drahomíra Dibdiaková, členky senátu JUDr. Eva Kmeťová a JUDr. Mária Jamrišková, PhD. uviedol nesprávne zloženie senátu tak, že ako predsedníčku senátu uviedol JUDr. Drahomíru Dibdiakovú a členky senátu JUDr. Evu Kmeťovú a JUDr. Evu Železníkovú. Zistenú zrejmú nesprávnosť v písomnom vyhotovení rozhodnutia odvolacieho súdu opravil odvolací súd postupom podľa § 211 a § 164 O.s.p. tak, že namiesto nesprávne uvedeného zloženia senátu v záhlaví rozhodnutia odvolacieho súdu uviedol jeho správne zloženie. Poučenie: Proti tomuto uzneseniu nie je odvolanie prípustné.</w:t>
      </w:r>
    </w:p>
    <w:p/>
    <w:p>
      <w:r>
        <w:t>Zdroj: KAUZIS.SK – https://www.kauzis.sk/judikatura/r/ECLI:SK:KSBB:2014:6709201210.5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